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4"/>
        <w:gridCol w:w="266"/>
        <w:gridCol w:w="4988"/>
      </w:tblGrid>
      <w:tr w:rsidR="004B3E91" w:rsidRPr="004B3E91" w14:paraId="73399FEE" w14:textId="77777777" w:rsidTr="004B3E91">
        <w:trPr>
          <w:trHeight w:val="630"/>
        </w:trPr>
        <w:tc>
          <w:tcPr>
            <w:tcW w:w="4844" w:type="dxa"/>
          </w:tcPr>
          <w:p w14:paraId="4C74642E" w14:textId="77777777" w:rsidR="00BE5EE8" w:rsidRPr="004B3E91" w:rsidRDefault="00BE5EE8" w:rsidP="00BE5EE8">
            <w:pPr>
              <w:spacing w:after="0" w:line="240" w:lineRule="auto"/>
              <w:jc w:val="center"/>
              <w:rPr>
                <w:bCs/>
                <w:color w:val="002060"/>
                <w:sz w:val="24"/>
              </w:rPr>
            </w:pPr>
            <w:r w:rsidRPr="004B3E91">
              <w:rPr>
                <w:bCs/>
                <w:color w:val="002060"/>
                <w:sz w:val="24"/>
              </w:rPr>
              <w:t xml:space="preserve">TRƯỜNG </w:t>
            </w:r>
            <w:proofErr w:type="spellStart"/>
            <w:r w:rsidRPr="004B3E91">
              <w:rPr>
                <w:bCs/>
                <w:color w:val="002060"/>
                <w:sz w:val="24"/>
              </w:rPr>
              <w:t>ĐẠI</w:t>
            </w:r>
            <w:proofErr w:type="spellEnd"/>
            <w:r w:rsidRPr="004B3E91">
              <w:rPr>
                <w:bCs/>
                <w:color w:val="002060"/>
                <w:sz w:val="24"/>
              </w:rPr>
              <w:t xml:space="preserve"> HỌC </w:t>
            </w:r>
          </w:p>
          <w:p w14:paraId="65647E57" w14:textId="28547E0C" w:rsidR="00BE5EE8" w:rsidRPr="004B3E91" w:rsidRDefault="00BE5EE8" w:rsidP="00BE5EE8">
            <w:pPr>
              <w:spacing w:after="0" w:line="240" w:lineRule="auto"/>
              <w:jc w:val="center"/>
              <w:rPr>
                <w:bCs/>
                <w:color w:val="002060"/>
                <w:sz w:val="24"/>
              </w:rPr>
            </w:pPr>
            <w:proofErr w:type="spellStart"/>
            <w:r w:rsidRPr="004B3E91">
              <w:rPr>
                <w:bCs/>
                <w:color w:val="002060"/>
                <w:sz w:val="24"/>
              </w:rPr>
              <w:t>KỸ</w:t>
            </w:r>
            <w:proofErr w:type="spellEnd"/>
            <w:r w:rsidRPr="004B3E91">
              <w:rPr>
                <w:bCs/>
                <w:color w:val="002060"/>
                <w:sz w:val="24"/>
              </w:rPr>
              <w:t xml:space="preserve"> </w:t>
            </w:r>
            <w:proofErr w:type="spellStart"/>
            <w:r w:rsidRPr="004B3E91">
              <w:rPr>
                <w:bCs/>
                <w:color w:val="002060"/>
                <w:sz w:val="24"/>
              </w:rPr>
              <w:t>THUẬT</w:t>
            </w:r>
            <w:proofErr w:type="spellEnd"/>
            <w:r w:rsidRPr="004B3E91">
              <w:rPr>
                <w:bCs/>
                <w:color w:val="002060"/>
                <w:sz w:val="24"/>
              </w:rPr>
              <w:t xml:space="preserve"> Y – </w:t>
            </w:r>
            <w:proofErr w:type="spellStart"/>
            <w:r w:rsidRPr="004B3E91">
              <w:rPr>
                <w:bCs/>
                <w:color w:val="002060"/>
                <w:sz w:val="24"/>
              </w:rPr>
              <w:t>DƯỢC</w:t>
            </w:r>
            <w:proofErr w:type="spellEnd"/>
            <w:r w:rsidRPr="004B3E91">
              <w:rPr>
                <w:bCs/>
                <w:color w:val="002060"/>
                <w:sz w:val="24"/>
              </w:rPr>
              <w:t xml:space="preserve"> </w:t>
            </w:r>
            <w:proofErr w:type="spellStart"/>
            <w:r w:rsidRPr="004B3E91">
              <w:rPr>
                <w:bCs/>
                <w:color w:val="002060"/>
                <w:sz w:val="24"/>
              </w:rPr>
              <w:t>ĐÀ</w:t>
            </w:r>
            <w:proofErr w:type="spellEnd"/>
            <w:r w:rsidRPr="004B3E91">
              <w:rPr>
                <w:bCs/>
                <w:color w:val="002060"/>
                <w:sz w:val="24"/>
              </w:rPr>
              <w:t xml:space="preserve"> </w:t>
            </w:r>
            <w:proofErr w:type="spellStart"/>
            <w:r w:rsidRPr="004B3E91">
              <w:rPr>
                <w:bCs/>
                <w:color w:val="002060"/>
                <w:sz w:val="24"/>
              </w:rPr>
              <w:t>NẴNG</w:t>
            </w:r>
            <w:proofErr w:type="spellEnd"/>
          </w:p>
        </w:tc>
        <w:tc>
          <w:tcPr>
            <w:tcW w:w="266" w:type="dxa"/>
          </w:tcPr>
          <w:p w14:paraId="5B4FBB9D" w14:textId="77777777" w:rsidR="00BE5EE8" w:rsidRPr="004B3E91" w:rsidRDefault="00BE5EE8" w:rsidP="00BE5EE8">
            <w:pPr>
              <w:spacing w:after="0" w:line="240" w:lineRule="auto"/>
              <w:jc w:val="center"/>
              <w:rPr>
                <w:b/>
                <w:color w:val="002060"/>
                <w:sz w:val="24"/>
              </w:rPr>
            </w:pPr>
          </w:p>
        </w:tc>
        <w:tc>
          <w:tcPr>
            <w:tcW w:w="4988" w:type="dxa"/>
          </w:tcPr>
          <w:p w14:paraId="2548FC51" w14:textId="77777777" w:rsidR="00BE5EE8" w:rsidRPr="004B3E91" w:rsidRDefault="00BE5EE8" w:rsidP="00BE5EE8">
            <w:pPr>
              <w:spacing w:after="0" w:line="240" w:lineRule="auto"/>
              <w:jc w:val="center"/>
              <w:rPr>
                <w:color w:val="002060"/>
              </w:rPr>
            </w:pPr>
            <w:proofErr w:type="spellStart"/>
            <w:r w:rsidRPr="004B3E91">
              <w:rPr>
                <w:b/>
                <w:color w:val="002060"/>
              </w:rPr>
              <w:t>CỘNG</w:t>
            </w:r>
            <w:proofErr w:type="spellEnd"/>
            <w:r w:rsidRPr="004B3E91">
              <w:rPr>
                <w:b/>
                <w:color w:val="002060"/>
              </w:rPr>
              <w:t xml:space="preserve"> </w:t>
            </w:r>
            <w:proofErr w:type="spellStart"/>
            <w:r w:rsidRPr="004B3E91">
              <w:rPr>
                <w:b/>
                <w:color w:val="002060"/>
              </w:rPr>
              <w:t>HÒA</w:t>
            </w:r>
            <w:proofErr w:type="spellEnd"/>
            <w:r w:rsidRPr="004B3E91">
              <w:rPr>
                <w:b/>
                <w:color w:val="002060"/>
              </w:rPr>
              <w:t xml:space="preserve"> </w:t>
            </w:r>
            <w:proofErr w:type="spellStart"/>
            <w:r w:rsidRPr="004B3E91">
              <w:rPr>
                <w:b/>
                <w:color w:val="002060"/>
              </w:rPr>
              <w:t>XÃ</w:t>
            </w:r>
            <w:proofErr w:type="spellEnd"/>
            <w:r w:rsidRPr="004B3E91">
              <w:rPr>
                <w:b/>
                <w:color w:val="002060"/>
              </w:rPr>
              <w:t xml:space="preserve"> </w:t>
            </w:r>
            <w:proofErr w:type="spellStart"/>
            <w:r w:rsidRPr="004B3E91">
              <w:rPr>
                <w:b/>
                <w:color w:val="002060"/>
              </w:rPr>
              <w:t>HỘI</w:t>
            </w:r>
            <w:proofErr w:type="spellEnd"/>
            <w:r w:rsidRPr="004B3E91">
              <w:rPr>
                <w:b/>
                <w:color w:val="002060"/>
              </w:rPr>
              <w:t xml:space="preserve"> </w:t>
            </w:r>
            <w:proofErr w:type="spellStart"/>
            <w:r w:rsidRPr="004B3E91">
              <w:rPr>
                <w:b/>
                <w:color w:val="002060"/>
              </w:rPr>
              <w:t>CHỦ</w:t>
            </w:r>
            <w:proofErr w:type="spellEnd"/>
            <w:r w:rsidRPr="004B3E91">
              <w:rPr>
                <w:b/>
                <w:color w:val="002060"/>
              </w:rPr>
              <w:t xml:space="preserve"> NGHĨA VIỆT NAM</w:t>
            </w:r>
          </w:p>
          <w:p w14:paraId="1CDD5CB0" w14:textId="7A991111" w:rsidR="00BE5EE8" w:rsidRPr="004B3E91" w:rsidRDefault="00BE5EE8" w:rsidP="00BE5EE8">
            <w:pPr>
              <w:spacing w:after="120" w:line="240" w:lineRule="auto"/>
              <w:jc w:val="center"/>
              <w:rPr>
                <w:b/>
                <w:color w:val="002060"/>
                <w:sz w:val="24"/>
              </w:rPr>
            </w:pPr>
            <w:r w:rsidRPr="004B3E91">
              <w:rPr>
                <w:b/>
                <w:noProof/>
                <w:color w:val="002060"/>
              </w:rPr>
              <mc:AlternateContent>
                <mc:Choice Requires="wps">
                  <w:drawing>
                    <wp:anchor distT="0" distB="0" distL="114300" distR="114300" simplePos="0" relativeHeight="251658240" behindDoc="0" locked="0" layoutInCell="1" allowOverlap="1" wp14:anchorId="5D30AAFE" wp14:editId="228AFA50">
                      <wp:simplePos x="0" y="0"/>
                      <wp:positionH relativeFrom="column">
                        <wp:posOffset>588101</wp:posOffset>
                      </wp:positionH>
                      <wp:positionV relativeFrom="paragraph">
                        <wp:posOffset>190318</wp:posOffset>
                      </wp:positionV>
                      <wp:extent cx="1844040" cy="0"/>
                      <wp:effectExtent l="0" t="0" r="0" b="0"/>
                      <wp:wrapNone/>
                      <wp:docPr id="1709434014" name="Straight Connector 1"/>
                      <wp:cNvGraphicFramePr/>
                      <a:graphic xmlns:a="http://schemas.openxmlformats.org/drawingml/2006/main">
                        <a:graphicData uri="http://schemas.microsoft.com/office/word/2010/wordprocessingShape">
                          <wps:wsp>
                            <wps:cNvCnPr/>
                            <wps:spPr>
                              <a:xfrm>
                                <a:off x="0" y="0"/>
                                <a:ext cx="1844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2B0D85"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6.3pt,15pt" to="19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" strokecolor="black [3040]"/>
                  </w:pict>
                </mc:Fallback>
              </mc:AlternateContent>
            </w:r>
            <w:proofErr w:type="spellStart"/>
            <w:r w:rsidRPr="004B3E91">
              <w:rPr>
                <w:b/>
                <w:color w:val="002060"/>
              </w:rPr>
              <w:t>Độc</w:t>
            </w:r>
            <w:proofErr w:type="spellEnd"/>
            <w:r w:rsidRPr="004B3E91">
              <w:rPr>
                <w:b/>
                <w:color w:val="002060"/>
              </w:rPr>
              <w:t xml:space="preserve"> </w:t>
            </w:r>
            <w:proofErr w:type="spellStart"/>
            <w:r w:rsidRPr="004B3E91">
              <w:rPr>
                <w:b/>
                <w:color w:val="002060"/>
              </w:rPr>
              <w:t>lập</w:t>
            </w:r>
            <w:proofErr w:type="spellEnd"/>
            <w:r w:rsidRPr="004B3E91">
              <w:rPr>
                <w:b/>
                <w:color w:val="002060"/>
              </w:rPr>
              <w:t xml:space="preserve"> - </w:t>
            </w:r>
            <w:proofErr w:type="spellStart"/>
            <w:r w:rsidRPr="004B3E91">
              <w:rPr>
                <w:b/>
                <w:color w:val="002060"/>
              </w:rPr>
              <w:t>Tự</w:t>
            </w:r>
            <w:proofErr w:type="spellEnd"/>
            <w:r w:rsidRPr="004B3E91">
              <w:rPr>
                <w:b/>
                <w:color w:val="002060"/>
              </w:rPr>
              <w:t xml:space="preserve"> do - </w:t>
            </w:r>
            <w:proofErr w:type="spellStart"/>
            <w:r w:rsidRPr="004B3E91">
              <w:rPr>
                <w:b/>
                <w:color w:val="002060"/>
              </w:rPr>
              <w:t>Hạnh</w:t>
            </w:r>
            <w:proofErr w:type="spellEnd"/>
            <w:r w:rsidRPr="004B3E91">
              <w:rPr>
                <w:b/>
                <w:color w:val="002060"/>
              </w:rPr>
              <w:t xml:space="preserve"> </w:t>
            </w:r>
            <w:proofErr w:type="spellStart"/>
            <w:r w:rsidRPr="004B3E91">
              <w:rPr>
                <w:b/>
                <w:color w:val="002060"/>
              </w:rPr>
              <w:t>phúc</w:t>
            </w:r>
            <w:proofErr w:type="spellEnd"/>
          </w:p>
        </w:tc>
      </w:tr>
      <w:tr w:rsidR="004B3E91" w:rsidRPr="004B3E91" w14:paraId="23761862" w14:textId="77777777" w:rsidTr="00BE5EE8">
        <w:tc>
          <w:tcPr>
            <w:tcW w:w="4844" w:type="dxa"/>
          </w:tcPr>
          <w:p w14:paraId="4A654215" w14:textId="77777777" w:rsidR="00BE5EE8" w:rsidRPr="004B3E91" w:rsidRDefault="00BE5EE8" w:rsidP="00BE5EE8">
            <w:pPr>
              <w:spacing w:after="0" w:line="240" w:lineRule="auto"/>
              <w:jc w:val="center"/>
              <w:rPr>
                <w:color w:val="002060"/>
              </w:rPr>
            </w:pPr>
            <w:proofErr w:type="spellStart"/>
            <w:r w:rsidRPr="004B3E91">
              <w:rPr>
                <w:b/>
                <w:color w:val="002060"/>
                <w:sz w:val="24"/>
              </w:rPr>
              <w:t>TẠP</w:t>
            </w:r>
            <w:proofErr w:type="spellEnd"/>
            <w:r w:rsidRPr="004B3E91">
              <w:rPr>
                <w:b/>
                <w:color w:val="002060"/>
                <w:sz w:val="24"/>
              </w:rPr>
              <w:t xml:space="preserve"> CHÍ KHOA HỌC Y </w:t>
            </w:r>
            <w:proofErr w:type="spellStart"/>
            <w:r w:rsidRPr="004B3E91">
              <w:rPr>
                <w:b/>
                <w:color w:val="002060"/>
                <w:sz w:val="24"/>
              </w:rPr>
              <w:t>DƯỢC</w:t>
            </w:r>
            <w:proofErr w:type="spellEnd"/>
            <w:r w:rsidRPr="004B3E91">
              <w:rPr>
                <w:b/>
                <w:color w:val="002060"/>
                <w:sz w:val="24"/>
              </w:rPr>
              <w:t xml:space="preserve"> ĐÀ </w:t>
            </w:r>
            <w:proofErr w:type="spellStart"/>
            <w:r w:rsidRPr="004B3E91">
              <w:rPr>
                <w:b/>
                <w:color w:val="002060"/>
                <w:sz w:val="24"/>
              </w:rPr>
              <w:t>NẴNG</w:t>
            </w:r>
            <w:proofErr w:type="spellEnd"/>
          </w:p>
          <w:p w14:paraId="04B95F0E" w14:textId="7AE621CB" w:rsidR="00BE5EE8" w:rsidRPr="004B3E91" w:rsidRDefault="00BE5EE8" w:rsidP="00BE5EE8">
            <w:pPr>
              <w:spacing w:after="0" w:line="240" w:lineRule="auto"/>
              <w:jc w:val="center"/>
              <w:rPr>
                <w:b/>
                <w:color w:val="002060"/>
                <w:sz w:val="24"/>
              </w:rPr>
            </w:pPr>
            <w:r w:rsidRPr="004B3E91">
              <w:rPr>
                <w:b/>
                <w:noProof/>
                <w:color w:val="002060"/>
                <w:sz w:val="24"/>
              </w:rPr>
              <mc:AlternateContent>
                <mc:Choice Requires="wps">
                  <w:drawing>
                    <wp:anchor distT="0" distB="0" distL="114300" distR="114300" simplePos="0" relativeHeight="251661312" behindDoc="0" locked="0" layoutInCell="1" allowOverlap="1" wp14:anchorId="69AB73BC" wp14:editId="1F5CAB9B">
                      <wp:simplePos x="0" y="0"/>
                      <wp:positionH relativeFrom="column">
                        <wp:posOffset>925830</wp:posOffset>
                      </wp:positionH>
                      <wp:positionV relativeFrom="paragraph">
                        <wp:posOffset>34290</wp:posOffset>
                      </wp:positionV>
                      <wp:extent cx="1188720" cy="0"/>
                      <wp:effectExtent l="0" t="0" r="0" b="0"/>
                      <wp:wrapNone/>
                      <wp:docPr id="1816864806" name="Straight Connector 2"/>
                      <wp:cNvGraphicFramePr/>
                      <a:graphic xmlns:a="http://schemas.openxmlformats.org/drawingml/2006/main">
                        <a:graphicData uri="http://schemas.microsoft.com/office/word/2010/wordprocessingShape">
                          <wps:wsp>
                            <wps:cNvCnPr/>
                            <wps:spPr>
                              <a:xfrm>
                                <a:off x="0" y="0"/>
                                <a:ext cx="11887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81579"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2.9pt,2.7pt" to="16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" strokecolor="black [3040]"/>
                  </w:pict>
                </mc:Fallback>
              </mc:AlternateContent>
            </w:r>
          </w:p>
        </w:tc>
        <w:tc>
          <w:tcPr>
            <w:tcW w:w="266" w:type="dxa"/>
          </w:tcPr>
          <w:p w14:paraId="56805DA6" w14:textId="77777777" w:rsidR="00BE5EE8" w:rsidRPr="004B3E91" w:rsidRDefault="00BE5EE8" w:rsidP="00BE5EE8">
            <w:pPr>
              <w:spacing w:after="0" w:line="240" w:lineRule="auto"/>
              <w:jc w:val="center"/>
              <w:rPr>
                <w:b/>
                <w:color w:val="002060"/>
                <w:sz w:val="24"/>
              </w:rPr>
            </w:pPr>
          </w:p>
        </w:tc>
        <w:tc>
          <w:tcPr>
            <w:tcW w:w="4988" w:type="dxa"/>
          </w:tcPr>
          <w:p w14:paraId="159580AD" w14:textId="77777777" w:rsidR="00BE5EE8" w:rsidRPr="004B3E91" w:rsidRDefault="00BE5EE8" w:rsidP="00BE5EE8">
            <w:pPr>
              <w:spacing w:after="0" w:line="240" w:lineRule="auto"/>
              <w:jc w:val="center"/>
              <w:rPr>
                <w:b/>
                <w:color w:val="002060"/>
                <w:sz w:val="24"/>
              </w:rPr>
            </w:pPr>
          </w:p>
        </w:tc>
      </w:tr>
    </w:tbl>
    <w:p w14:paraId="23A8520A" w14:textId="77777777" w:rsidR="00BE5EE8" w:rsidRPr="004B3E91" w:rsidRDefault="00BE5EE8">
      <w:pPr>
        <w:spacing w:after="0"/>
        <w:jc w:val="center"/>
        <w:rPr>
          <w:b/>
          <w:color w:val="002060"/>
          <w:sz w:val="24"/>
        </w:rPr>
      </w:pPr>
    </w:p>
    <w:p w14:paraId="7D41640C" w14:textId="77777777" w:rsidR="00BE5EE8" w:rsidRPr="004B3E91" w:rsidRDefault="00BE5EE8">
      <w:pPr>
        <w:spacing w:after="0"/>
        <w:jc w:val="center"/>
        <w:rPr>
          <w:b/>
          <w:color w:val="002060"/>
          <w:sz w:val="24"/>
        </w:rPr>
      </w:pPr>
    </w:p>
    <w:p w14:paraId="0B6E5E5C" w14:textId="77777777" w:rsidR="00D84259" w:rsidRPr="004B3E91" w:rsidRDefault="00000000">
      <w:pPr>
        <w:spacing w:after="0"/>
        <w:jc w:val="center"/>
        <w:rPr>
          <w:color w:val="002060"/>
        </w:rPr>
      </w:pPr>
      <w:proofErr w:type="spellStart"/>
      <w:r w:rsidRPr="004B3E91">
        <w:rPr>
          <w:b/>
          <w:color w:val="002060"/>
          <w:sz w:val="28"/>
        </w:rPr>
        <w:t>ĐƠN</w:t>
      </w:r>
      <w:proofErr w:type="spellEnd"/>
      <w:r w:rsidRPr="004B3E91">
        <w:rPr>
          <w:b/>
          <w:color w:val="002060"/>
          <w:sz w:val="28"/>
        </w:rPr>
        <w:t xml:space="preserve"> </w:t>
      </w:r>
      <w:proofErr w:type="spellStart"/>
      <w:r w:rsidRPr="004B3E91">
        <w:rPr>
          <w:b/>
          <w:color w:val="002060"/>
          <w:sz w:val="28"/>
        </w:rPr>
        <w:t>ĐỀ</w:t>
      </w:r>
      <w:proofErr w:type="spellEnd"/>
      <w:r w:rsidRPr="004B3E91">
        <w:rPr>
          <w:b/>
          <w:color w:val="002060"/>
          <w:sz w:val="28"/>
        </w:rPr>
        <w:t xml:space="preserve"> </w:t>
      </w:r>
      <w:proofErr w:type="spellStart"/>
      <w:r w:rsidRPr="004B3E91">
        <w:rPr>
          <w:b/>
          <w:color w:val="002060"/>
          <w:sz w:val="28"/>
        </w:rPr>
        <w:t>NGHỊ</w:t>
      </w:r>
      <w:proofErr w:type="spellEnd"/>
      <w:r w:rsidRPr="004B3E91">
        <w:rPr>
          <w:b/>
          <w:color w:val="002060"/>
          <w:sz w:val="28"/>
        </w:rPr>
        <w:t xml:space="preserve"> </w:t>
      </w:r>
      <w:proofErr w:type="spellStart"/>
      <w:r w:rsidRPr="004B3E91">
        <w:rPr>
          <w:b/>
          <w:color w:val="002060"/>
          <w:sz w:val="28"/>
        </w:rPr>
        <w:t>ĐÍNH</w:t>
      </w:r>
      <w:proofErr w:type="spellEnd"/>
      <w:r w:rsidRPr="004B3E91">
        <w:rPr>
          <w:b/>
          <w:color w:val="002060"/>
          <w:sz w:val="28"/>
        </w:rPr>
        <w:t xml:space="preserve"> CHÍNH HOẶC RÚT BÀI SAU KHI XUẤT BẢN</w:t>
      </w:r>
    </w:p>
    <w:p w14:paraId="24269E8E" w14:textId="77777777" w:rsidR="00D84259" w:rsidRPr="004B3E91" w:rsidRDefault="00000000">
      <w:pPr>
        <w:spacing w:after="160"/>
        <w:jc w:val="center"/>
        <w:rPr>
          <w:color w:val="002060"/>
        </w:rPr>
      </w:pPr>
      <w:r w:rsidRPr="004B3E91">
        <w:rPr>
          <w:b/>
          <w:i/>
          <w:color w:val="002060"/>
          <w:sz w:val="20"/>
        </w:rPr>
        <w:t>REQUEST FOR POST-PUBLICATION CORRECTION OR RETRACTION</w:t>
      </w:r>
    </w:p>
    <w:p w14:paraId="4C943054" w14:textId="77777777" w:rsidR="0077639F" w:rsidRDefault="0077639F">
      <w:pPr>
        <w:spacing w:after="160"/>
        <w:jc w:val="center"/>
        <w:rPr>
          <w:b/>
          <w:color w:val="002060"/>
        </w:rPr>
      </w:pPr>
    </w:p>
    <w:p w14:paraId="789D81B8" w14:textId="07AE80E9" w:rsidR="00D84259" w:rsidRPr="004B3E91" w:rsidRDefault="00000000">
      <w:pPr>
        <w:spacing w:after="160"/>
        <w:jc w:val="center"/>
        <w:rPr>
          <w:color w:val="002060"/>
        </w:rPr>
      </w:pPr>
      <w:proofErr w:type="spellStart"/>
      <w:r w:rsidRPr="004B3E91">
        <w:rPr>
          <w:b/>
          <w:color w:val="002060"/>
        </w:rPr>
        <w:t>Kính</w:t>
      </w:r>
      <w:proofErr w:type="spellEnd"/>
      <w:r w:rsidRPr="004B3E91">
        <w:rPr>
          <w:b/>
          <w:color w:val="002060"/>
        </w:rPr>
        <w:t xml:space="preserve"> </w:t>
      </w:r>
      <w:proofErr w:type="spellStart"/>
      <w:r w:rsidRPr="004B3E91">
        <w:rPr>
          <w:b/>
          <w:color w:val="002060"/>
        </w:rPr>
        <w:t>gửi</w:t>
      </w:r>
      <w:proofErr w:type="spellEnd"/>
      <w:r w:rsidRPr="004B3E91">
        <w:rPr>
          <w:b/>
          <w:color w:val="002060"/>
        </w:rPr>
        <w:t xml:space="preserve">: </w:t>
      </w:r>
      <w:proofErr w:type="spellStart"/>
      <w:r w:rsidR="004B3E91" w:rsidRPr="004B3E91">
        <w:rPr>
          <w:bCs/>
          <w:color w:val="002060"/>
        </w:rPr>
        <w:t>Hội</w:t>
      </w:r>
      <w:proofErr w:type="spellEnd"/>
      <w:r w:rsidR="004B3E91" w:rsidRPr="004B3E91">
        <w:rPr>
          <w:bCs/>
          <w:color w:val="002060"/>
        </w:rPr>
        <w:t xml:space="preserve"> </w:t>
      </w:r>
      <w:proofErr w:type="spellStart"/>
      <w:r w:rsidR="004B3E91" w:rsidRPr="004B3E91">
        <w:rPr>
          <w:bCs/>
          <w:color w:val="002060"/>
        </w:rPr>
        <w:t>đồng</w:t>
      </w:r>
      <w:proofErr w:type="spellEnd"/>
      <w:r w:rsidRPr="004B3E91">
        <w:rPr>
          <w:bCs/>
          <w:color w:val="002060"/>
        </w:rPr>
        <w:t xml:space="preserve"> </w:t>
      </w:r>
      <w:proofErr w:type="spellStart"/>
      <w:r w:rsidRPr="004B3E91">
        <w:rPr>
          <w:bCs/>
          <w:color w:val="002060"/>
        </w:rPr>
        <w:t>Biên</w:t>
      </w:r>
      <w:proofErr w:type="spellEnd"/>
      <w:r w:rsidRPr="004B3E91">
        <w:rPr>
          <w:bCs/>
          <w:color w:val="002060"/>
        </w:rPr>
        <w:t xml:space="preserve"> </w:t>
      </w:r>
      <w:proofErr w:type="spellStart"/>
      <w:r w:rsidRPr="004B3E91">
        <w:rPr>
          <w:bCs/>
          <w:color w:val="002060"/>
        </w:rPr>
        <w:t>tập</w:t>
      </w:r>
      <w:proofErr w:type="spellEnd"/>
      <w:r w:rsidRPr="004B3E91">
        <w:rPr>
          <w:bCs/>
          <w:color w:val="002060"/>
        </w:rPr>
        <w:t xml:space="preserve"> </w:t>
      </w:r>
      <w:proofErr w:type="spellStart"/>
      <w:r w:rsidRPr="004B3E91">
        <w:rPr>
          <w:bCs/>
          <w:color w:val="002060"/>
        </w:rPr>
        <w:t>Tạp</w:t>
      </w:r>
      <w:proofErr w:type="spellEnd"/>
      <w:r w:rsidRPr="004B3E91">
        <w:rPr>
          <w:bCs/>
          <w:color w:val="002060"/>
        </w:rPr>
        <w:t xml:space="preserve"> </w:t>
      </w:r>
      <w:proofErr w:type="spellStart"/>
      <w:r w:rsidRPr="004B3E91">
        <w:rPr>
          <w:bCs/>
          <w:color w:val="002060"/>
        </w:rPr>
        <w:t>chí</w:t>
      </w:r>
      <w:proofErr w:type="spellEnd"/>
      <w:r w:rsidRPr="004B3E91">
        <w:rPr>
          <w:bCs/>
          <w:color w:val="002060"/>
        </w:rPr>
        <w:t xml:space="preserve"> Khoa học Y Dược Đà Nẵng (DJMP)</w:t>
      </w:r>
    </w:p>
    <w:p w14:paraId="115499A6" w14:textId="77777777" w:rsidR="0077639F" w:rsidRDefault="0077639F">
      <w:pPr>
        <w:spacing w:before="100"/>
        <w:rPr>
          <w:b/>
          <w:color w:val="002060"/>
        </w:rPr>
      </w:pPr>
    </w:p>
    <w:p w14:paraId="4D866020" w14:textId="6C0EDD81" w:rsidR="00D84259" w:rsidRPr="004B3E91" w:rsidRDefault="00000000">
      <w:pPr>
        <w:spacing w:before="100"/>
        <w:rPr>
          <w:color w:val="002060"/>
        </w:rPr>
      </w:pPr>
      <w:r w:rsidRPr="004B3E91">
        <w:rPr>
          <w:b/>
          <w:color w:val="002060"/>
        </w:rPr>
        <w:t>1. THÔNG TIN NGƯỜI GỬI (TÁC GIẢ LIÊN HỆ)</w:t>
      </w:r>
    </w:p>
    <w:p w14:paraId="372279A0" w14:textId="6D1C3908" w:rsidR="00D84259" w:rsidRPr="004B3E91" w:rsidRDefault="00000000">
      <w:pPr>
        <w:rPr>
          <w:color w:val="002060"/>
        </w:rPr>
      </w:pPr>
      <w:r w:rsidRPr="004B3E91">
        <w:rPr>
          <w:color w:val="002060"/>
          <w:sz w:val="21"/>
        </w:rPr>
        <w:t xml:space="preserve">• Họ và tên: </w:t>
      </w:r>
    </w:p>
    <w:p w14:paraId="40A0CC56" w14:textId="6EC4DB12" w:rsidR="00D84259" w:rsidRPr="004B3E91" w:rsidRDefault="00000000">
      <w:pPr>
        <w:rPr>
          <w:color w:val="002060"/>
        </w:rPr>
      </w:pPr>
      <w:r w:rsidRPr="004B3E91">
        <w:rPr>
          <w:color w:val="002060"/>
          <w:sz w:val="21"/>
        </w:rPr>
        <w:t xml:space="preserve">• </w:t>
      </w:r>
      <w:proofErr w:type="spellStart"/>
      <w:r w:rsidRPr="004B3E91">
        <w:rPr>
          <w:color w:val="002060"/>
          <w:sz w:val="21"/>
        </w:rPr>
        <w:t>Đơn</w:t>
      </w:r>
      <w:proofErr w:type="spellEnd"/>
      <w:r w:rsidRPr="004B3E91">
        <w:rPr>
          <w:color w:val="002060"/>
          <w:sz w:val="21"/>
        </w:rPr>
        <w:t xml:space="preserve"> </w:t>
      </w:r>
      <w:proofErr w:type="spellStart"/>
      <w:r w:rsidRPr="004B3E91">
        <w:rPr>
          <w:color w:val="002060"/>
          <w:sz w:val="21"/>
        </w:rPr>
        <w:t>vị</w:t>
      </w:r>
      <w:proofErr w:type="spellEnd"/>
      <w:r w:rsidRPr="004B3E91">
        <w:rPr>
          <w:color w:val="002060"/>
          <w:sz w:val="21"/>
        </w:rPr>
        <w:t xml:space="preserve"> </w:t>
      </w:r>
      <w:proofErr w:type="spellStart"/>
      <w:r w:rsidRPr="004B3E91">
        <w:rPr>
          <w:color w:val="002060"/>
          <w:sz w:val="21"/>
        </w:rPr>
        <w:t>công</w:t>
      </w:r>
      <w:proofErr w:type="spellEnd"/>
      <w:r w:rsidRPr="004B3E91">
        <w:rPr>
          <w:color w:val="002060"/>
          <w:sz w:val="21"/>
        </w:rPr>
        <w:t xml:space="preserve"> </w:t>
      </w:r>
      <w:proofErr w:type="spellStart"/>
      <w:r w:rsidRPr="004B3E91">
        <w:rPr>
          <w:color w:val="002060"/>
          <w:sz w:val="21"/>
        </w:rPr>
        <w:t>tác</w:t>
      </w:r>
      <w:proofErr w:type="spellEnd"/>
      <w:r w:rsidRPr="004B3E91">
        <w:rPr>
          <w:color w:val="002060"/>
          <w:sz w:val="21"/>
        </w:rPr>
        <w:t>:</w:t>
      </w:r>
    </w:p>
    <w:p w14:paraId="73CBD794" w14:textId="1FAE2566" w:rsidR="00D84259" w:rsidRPr="004B3E91" w:rsidRDefault="00000000">
      <w:pPr>
        <w:rPr>
          <w:color w:val="002060"/>
        </w:rPr>
      </w:pPr>
      <w:r w:rsidRPr="004B3E91">
        <w:rPr>
          <w:color w:val="002060"/>
          <w:sz w:val="21"/>
        </w:rPr>
        <w:t>• Email:</w:t>
      </w:r>
      <w:r w:rsidR="00BE5EE8" w:rsidRPr="004B3E91">
        <w:rPr>
          <w:color w:val="002060"/>
          <w:sz w:val="21"/>
        </w:rPr>
        <w:tab/>
      </w:r>
      <w:r w:rsidR="00BE5EE8" w:rsidRPr="004B3E91">
        <w:rPr>
          <w:color w:val="002060"/>
          <w:sz w:val="21"/>
        </w:rPr>
        <w:tab/>
      </w:r>
      <w:r w:rsidR="00BE5EE8" w:rsidRPr="004B3E91">
        <w:rPr>
          <w:color w:val="002060"/>
          <w:sz w:val="21"/>
        </w:rPr>
        <w:tab/>
      </w:r>
      <w:r w:rsidR="00BE5EE8" w:rsidRPr="004B3E91">
        <w:rPr>
          <w:color w:val="002060"/>
          <w:sz w:val="21"/>
        </w:rPr>
        <w:tab/>
      </w:r>
      <w:r w:rsidR="00BE5EE8" w:rsidRPr="004B3E91">
        <w:rPr>
          <w:color w:val="002060"/>
          <w:sz w:val="21"/>
        </w:rPr>
        <w:tab/>
      </w:r>
      <w:r w:rsidR="00BE5EE8" w:rsidRPr="004B3E91">
        <w:rPr>
          <w:color w:val="002060"/>
          <w:sz w:val="21"/>
        </w:rPr>
        <w:tab/>
      </w:r>
      <w:r w:rsidR="00BE5EE8" w:rsidRPr="004B3E91">
        <w:rPr>
          <w:color w:val="002060"/>
          <w:sz w:val="21"/>
        </w:rPr>
        <w:tab/>
      </w:r>
      <w:r w:rsidRPr="004B3E91">
        <w:rPr>
          <w:color w:val="002060"/>
          <w:sz w:val="21"/>
        </w:rPr>
        <w:t xml:space="preserve"> </w:t>
      </w:r>
      <w:proofErr w:type="spellStart"/>
      <w:r w:rsidRPr="004B3E91">
        <w:rPr>
          <w:color w:val="002060"/>
          <w:sz w:val="21"/>
        </w:rPr>
        <w:t>Điện</w:t>
      </w:r>
      <w:proofErr w:type="spellEnd"/>
      <w:r w:rsidRPr="004B3E91">
        <w:rPr>
          <w:color w:val="002060"/>
          <w:sz w:val="21"/>
        </w:rPr>
        <w:t xml:space="preserve"> </w:t>
      </w:r>
      <w:proofErr w:type="spellStart"/>
      <w:r w:rsidRPr="004B3E91">
        <w:rPr>
          <w:color w:val="002060"/>
          <w:sz w:val="21"/>
        </w:rPr>
        <w:t>thoại</w:t>
      </w:r>
      <w:proofErr w:type="spellEnd"/>
      <w:r w:rsidRPr="004B3E91">
        <w:rPr>
          <w:color w:val="002060"/>
          <w:sz w:val="21"/>
        </w:rPr>
        <w:t>:</w:t>
      </w:r>
    </w:p>
    <w:p w14:paraId="6E1A4EE3" w14:textId="76DD7DB6" w:rsidR="00D84259" w:rsidRPr="004B3E91" w:rsidRDefault="00000000">
      <w:pPr>
        <w:rPr>
          <w:color w:val="002060"/>
        </w:rPr>
      </w:pPr>
      <w:r w:rsidRPr="004B3E91">
        <w:rPr>
          <w:color w:val="002060"/>
          <w:sz w:val="21"/>
        </w:rPr>
        <w:t xml:space="preserve">• Địa chỉ liên hệ: </w:t>
      </w:r>
    </w:p>
    <w:p w14:paraId="025139B4" w14:textId="77777777" w:rsidR="00D84259" w:rsidRPr="004B3E91" w:rsidRDefault="00000000">
      <w:pPr>
        <w:spacing w:before="100"/>
        <w:rPr>
          <w:color w:val="002060"/>
        </w:rPr>
      </w:pPr>
      <w:r w:rsidRPr="004B3E91">
        <w:rPr>
          <w:b/>
          <w:color w:val="002060"/>
        </w:rPr>
        <w:t>2. THÔNG TIN BÀI BÁO ĐÃ XUẤT BẢN</w:t>
      </w:r>
    </w:p>
    <w:p w14:paraId="011F5CC7" w14:textId="2A2CB025" w:rsidR="00D84259" w:rsidRPr="004B3E91" w:rsidRDefault="00000000">
      <w:pPr>
        <w:rPr>
          <w:color w:val="002060"/>
        </w:rPr>
      </w:pPr>
      <w:r w:rsidRPr="004B3E91">
        <w:rPr>
          <w:color w:val="002060"/>
          <w:sz w:val="21"/>
        </w:rPr>
        <w:t xml:space="preserve">• Tên bài: </w:t>
      </w:r>
    </w:p>
    <w:p w14:paraId="2B36DC1E" w14:textId="0F6E4D31" w:rsidR="00D84259" w:rsidRPr="004B3E91" w:rsidRDefault="00000000">
      <w:pPr>
        <w:rPr>
          <w:color w:val="002060"/>
        </w:rPr>
      </w:pPr>
      <w:r w:rsidRPr="004B3E91">
        <w:rPr>
          <w:color w:val="002060"/>
          <w:sz w:val="21"/>
        </w:rPr>
        <w:t xml:space="preserve">• Danh sách tác giả: </w:t>
      </w:r>
    </w:p>
    <w:p w14:paraId="72A7409C" w14:textId="15940ACC" w:rsidR="00D84259" w:rsidRPr="004B3E91" w:rsidRDefault="00000000">
      <w:pPr>
        <w:rPr>
          <w:color w:val="002060"/>
        </w:rPr>
      </w:pPr>
      <w:r w:rsidRPr="004B3E91">
        <w:rPr>
          <w:color w:val="002060"/>
          <w:sz w:val="21"/>
        </w:rPr>
        <w:t xml:space="preserve">• Chuyên ngành/lĩnh vực: </w:t>
      </w:r>
    </w:p>
    <w:p w14:paraId="156685F1" w14:textId="6B6EFE36" w:rsidR="00D84259" w:rsidRPr="004B3E91" w:rsidRDefault="00000000">
      <w:pPr>
        <w:rPr>
          <w:color w:val="002060"/>
        </w:rPr>
      </w:pPr>
      <w:r w:rsidRPr="004B3E91">
        <w:rPr>
          <w:color w:val="002060"/>
          <w:sz w:val="21"/>
        </w:rPr>
        <w:t xml:space="preserve">• Năm/Tập/Số/Trang: </w:t>
      </w:r>
    </w:p>
    <w:p w14:paraId="192D2194" w14:textId="1C1B501C" w:rsidR="00D84259" w:rsidRPr="004B3E91" w:rsidRDefault="00000000">
      <w:pPr>
        <w:rPr>
          <w:color w:val="002060"/>
        </w:rPr>
      </w:pPr>
      <w:r w:rsidRPr="004B3E91">
        <w:rPr>
          <w:color w:val="002060"/>
          <w:sz w:val="21"/>
        </w:rPr>
        <w:t xml:space="preserve">• </w:t>
      </w:r>
      <w:proofErr w:type="spellStart"/>
      <w:r w:rsidRPr="004B3E91">
        <w:rPr>
          <w:color w:val="002060"/>
          <w:sz w:val="21"/>
        </w:rPr>
        <w:t>Ngày</w:t>
      </w:r>
      <w:proofErr w:type="spellEnd"/>
      <w:r w:rsidRPr="004B3E91">
        <w:rPr>
          <w:color w:val="002060"/>
          <w:sz w:val="21"/>
        </w:rPr>
        <w:t xml:space="preserve"> </w:t>
      </w:r>
      <w:proofErr w:type="spellStart"/>
      <w:r w:rsidRPr="004B3E91">
        <w:rPr>
          <w:color w:val="002060"/>
          <w:sz w:val="21"/>
        </w:rPr>
        <w:t>xuất</w:t>
      </w:r>
      <w:proofErr w:type="spellEnd"/>
      <w:r w:rsidRPr="004B3E91">
        <w:rPr>
          <w:color w:val="002060"/>
          <w:sz w:val="21"/>
        </w:rPr>
        <w:t xml:space="preserve"> </w:t>
      </w:r>
      <w:proofErr w:type="spellStart"/>
      <w:r w:rsidRPr="004B3E91">
        <w:rPr>
          <w:color w:val="002060"/>
          <w:sz w:val="21"/>
        </w:rPr>
        <w:t>bản</w:t>
      </w:r>
      <w:proofErr w:type="spellEnd"/>
      <w:r w:rsidRPr="004B3E91">
        <w:rPr>
          <w:color w:val="002060"/>
          <w:sz w:val="21"/>
        </w:rPr>
        <w:t xml:space="preserve"> </w:t>
      </w:r>
      <w:proofErr w:type="spellStart"/>
      <w:r w:rsidRPr="004B3E91">
        <w:rPr>
          <w:color w:val="002060"/>
          <w:sz w:val="21"/>
        </w:rPr>
        <w:t>trực</w:t>
      </w:r>
      <w:proofErr w:type="spellEnd"/>
      <w:r w:rsidRPr="004B3E91">
        <w:rPr>
          <w:color w:val="002060"/>
          <w:sz w:val="21"/>
        </w:rPr>
        <w:t xml:space="preserve"> </w:t>
      </w:r>
      <w:proofErr w:type="spellStart"/>
      <w:r w:rsidRPr="004B3E91">
        <w:rPr>
          <w:color w:val="002060"/>
          <w:sz w:val="21"/>
        </w:rPr>
        <w:t>tuyến</w:t>
      </w:r>
      <w:proofErr w:type="spellEnd"/>
      <w:r w:rsidRPr="004B3E91">
        <w:rPr>
          <w:color w:val="002060"/>
          <w:sz w:val="21"/>
        </w:rPr>
        <w:t>/in:</w:t>
      </w:r>
    </w:p>
    <w:p w14:paraId="736DF8FD" w14:textId="5EDD0AA0" w:rsidR="00D84259" w:rsidRPr="004B3E91" w:rsidRDefault="00000000">
      <w:pPr>
        <w:rPr>
          <w:color w:val="002060"/>
        </w:rPr>
      </w:pPr>
      <w:r w:rsidRPr="004B3E91">
        <w:rPr>
          <w:color w:val="002060"/>
          <w:sz w:val="21"/>
        </w:rPr>
        <w:t>• DOI:</w:t>
      </w:r>
    </w:p>
    <w:p w14:paraId="5CF5F406" w14:textId="60ED8EC3" w:rsidR="00D84259" w:rsidRPr="004B3E91" w:rsidRDefault="00000000">
      <w:pPr>
        <w:rPr>
          <w:color w:val="002060"/>
        </w:rPr>
      </w:pPr>
      <w:r w:rsidRPr="004B3E91">
        <w:rPr>
          <w:color w:val="002060"/>
          <w:sz w:val="21"/>
        </w:rPr>
        <w:t xml:space="preserve">• Đường dẫn bài báo: </w:t>
      </w:r>
    </w:p>
    <w:p w14:paraId="629F7C98" w14:textId="77777777" w:rsidR="00D84259" w:rsidRPr="004B3E91" w:rsidRDefault="00000000">
      <w:pPr>
        <w:spacing w:before="100"/>
        <w:rPr>
          <w:color w:val="002060"/>
        </w:rPr>
      </w:pPr>
      <w:r w:rsidRPr="004B3E91">
        <w:rPr>
          <w:b/>
          <w:color w:val="002060"/>
        </w:rPr>
        <w:t>3. NỘI DUNG ĐỀ NGHỊ</w:t>
      </w:r>
    </w:p>
    <w:p w14:paraId="1B7BBB12" w14:textId="77777777" w:rsidR="00D84259" w:rsidRPr="004B3E91" w:rsidRDefault="00000000">
      <w:pPr>
        <w:rPr>
          <w:color w:val="002060"/>
        </w:rPr>
      </w:pPr>
      <w:r w:rsidRPr="004B3E91">
        <w:rPr>
          <w:color w:val="002060"/>
          <w:sz w:val="21"/>
        </w:rPr>
        <w:t>Đề nghị Ban Biên tập xem xét hình thức xử lý sau (đánh dấu ☒ vào một lựa chọn phù hợp):</w:t>
      </w:r>
    </w:p>
    <w:p w14:paraId="74C471EF" w14:textId="3FCDC459" w:rsidR="00D84259" w:rsidRPr="004B3E91" w:rsidRDefault="00000000">
      <w:pPr>
        <w:rPr>
          <w:color w:val="002060"/>
        </w:rPr>
      </w:pPr>
      <w:r w:rsidRPr="004B3E91">
        <w:rPr>
          <w:color w:val="002060"/>
          <w:sz w:val="21"/>
        </w:rPr>
        <w:t xml:space="preserve">☐ </w:t>
      </w:r>
      <w:proofErr w:type="spellStart"/>
      <w:r w:rsidRPr="004B3E91">
        <w:rPr>
          <w:color w:val="002060"/>
          <w:sz w:val="21"/>
        </w:rPr>
        <w:t>Đính</w:t>
      </w:r>
      <w:proofErr w:type="spellEnd"/>
      <w:r w:rsidRPr="004B3E91">
        <w:rPr>
          <w:color w:val="002060"/>
          <w:sz w:val="21"/>
        </w:rPr>
        <w:t xml:space="preserve"> </w:t>
      </w:r>
      <w:proofErr w:type="spellStart"/>
      <w:r w:rsidRPr="004B3E91">
        <w:rPr>
          <w:color w:val="002060"/>
          <w:sz w:val="21"/>
        </w:rPr>
        <w:t>chính</w:t>
      </w:r>
      <w:proofErr w:type="spellEnd"/>
      <w:r w:rsidRPr="004B3E91">
        <w:rPr>
          <w:color w:val="002060"/>
          <w:sz w:val="21"/>
        </w:rPr>
        <w:t xml:space="preserve"> (Correction)</w:t>
      </w:r>
    </w:p>
    <w:p w14:paraId="2F53DA35" w14:textId="77777777" w:rsidR="00D84259" w:rsidRPr="004B3E91" w:rsidRDefault="00000000">
      <w:pPr>
        <w:rPr>
          <w:color w:val="002060"/>
        </w:rPr>
      </w:pPr>
      <w:r w:rsidRPr="004B3E91">
        <w:rPr>
          <w:color w:val="002060"/>
          <w:sz w:val="21"/>
        </w:rPr>
        <w:t>☐ Rút bài (Retraction)</w:t>
      </w:r>
    </w:p>
    <w:p w14:paraId="3EE6EAD0" w14:textId="4B99DA15" w:rsidR="00D84259" w:rsidRPr="004B3E91" w:rsidRDefault="00000000">
      <w:pPr>
        <w:rPr>
          <w:color w:val="002060"/>
        </w:rPr>
      </w:pPr>
      <w:r w:rsidRPr="004B3E91">
        <w:rPr>
          <w:color w:val="002060"/>
          <w:sz w:val="21"/>
        </w:rPr>
        <w:t>☐ Khác (nếu cần xem xét theo chính sách của Tạp chí): .....</w:t>
      </w:r>
      <w:r w:rsidR="004B3E91">
        <w:rPr>
          <w:color w:val="002060"/>
          <w:sz w:val="21"/>
        </w:rPr>
        <w:t>..........</w:t>
      </w:r>
      <w:r w:rsidRPr="004B3E91">
        <w:rPr>
          <w:color w:val="002060"/>
          <w:sz w:val="21"/>
        </w:rPr>
        <w:t>.....................................................</w:t>
      </w:r>
    </w:p>
    <w:p w14:paraId="3BCAF2F2" w14:textId="77777777" w:rsidR="00D84259" w:rsidRPr="004B3E91" w:rsidRDefault="00000000">
      <w:pPr>
        <w:spacing w:before="100"/>
        <w:rPr>
          <w:color w:val="002060"/>
        </w:rPr>
      </w:pPr>
      <w:r w:rsidRPr="004B3E91">
        <w:rPr>
          <w:b/>
          <w:color w:val="002060"/>
        </w:rPr>
        <w:t>4. LÝ DO VÀ NỘI DUNG CỤ THỂ</w:t>
      </w:r>
    </w:p>
    <w:p w14:paraId="73D70F65" w14:textId="77777777" w:rsidR="00D84259" w:rsidRPr="004B3E91" w:rsidRDefault="00000000">
      <w:pPr>
        <w:rPr>
          <w:color w:val="002060"/>
        </w:rPr>
      </w:pPr>
      <w:r w:rsidRPr="004B3E91">
        <w:rPr>
          <w:b/>
          <w:color w:val="002060"/>
          <w:sz w:val="21"/>
        </w:rPr>
        <w:t>A. Trường hợp đề nghị ĐÍNH CHÍNH</w:t>
      </w:r>
    </w:p>
    <w:p w14:paraId="1C767B99" w14:textId="77777777" w:rsidR="00D84259" w:rsidRPr="004B3E91" w:rsidRDefault="00000000">
      <w:pPr>
        <w:rPr>
          <w:color w:val="002060"/>
        </w:rPr>
      </w:pPr>
      <w:r w:rsidRPr="004B3E91">
        <w:rPr>
          <w:color w:val="002060"/>
          <w:sz w:val="20"/>
        </w:rPr>
        <w:t>☐ Sai thông tin tác giả/cơ quan công tác</w:t>
      </w:r>
    </w:p>
    <w:p w14:paraId="08705143" w14:textId="77777777" w:rsidR="00D84259" w:rsidRPr="004B3E91" w:rsidRDefault="00000000">
      <w:pPr>
        <w:rPr>
          <w:color w:val="002060"/>
        </w:rPr>
      </w:pPr>
      <w:r w:rsidRPr="004B3E91">
        <w:rPr>
          <w:color w:val="002060"/>
          <w:sz w:val="20"/>
        </w:rPr>
        <w:t>☐ Sai tiêu đề, tóm tắt, từ khóa hoặc metadata</w:t>
      </w:r>
    </w:p>
    <w:p w14:paraId="57EA1F0D" w14:textId="77777777" w:rsidR="00D84259" w:rsidRPr="004B3E91" w:rsidRDefault="00000000">
      <w:pPr>
        <w:rPr>
          <w:color w:val="002060"/>
        </w:rPr>
      </w:pPr>
      <w:r w:rsidRPr="004B3E91">
        <w:rPr>
          <w:color w:val="002060"/>
          <w:sz w:val="20"/>
        </w:rPr>
        <w:t>☐ Sai số liệu/bảng/hình/chú thích nhưng không làm thay đổi kết luận chính của bài báo</w:t>
      </w:r>
    </w:p>
    <w:p w14:paraId="4BB619E7" w14:textId="77777777" w:rsidR="00D84259" w:rsidRPr="004B3E91" w:rsidRDefault="00000000">
      <w:pPr>
        <w:rPr>
          <w:color w:val="002060"/>
        </w:rPr>
      </w:pPr>
      <w:r w:rsidRPr="004B3E91">
        <w:rPr>
          <w:color w:val="002060"/>
          <w:sz w:val="20"/>
        </w:rPr>
        <w:t>☐ Sai trích dẫn/tài liệu tham khảo</w:t>
      </w:r>
    </w:p>
    <w:p w14:paraId="240C8724" w14:textId="77777777" w:rsidR="00D84259" w:rsidRPr="004B3E91" w:rsidRDefault="00000000">
      <w:pPr>
        <w:rPr>
          <w:color w:val="002060"/>
        </w:rPr>
      </w:pPr>
      <w:r w:rsidRPr="004B3E91">
        <w:rPr>
          <w:color w:val="002060"/>
          <w:sz w:val="20"/>
        </w:rPr>
        <w:t>☐ Sai thông tin về tài trợ, xung đột lợi ích, đạo đức nghiên cứu hoặc tuyên bố dữ liệu</w:t>
      </w:r>
    </w:p>
    <w:p w14:paraId="0FA929DA" w14:textId="77777777" w:rsidR="00D84259" w:rsidRPr="004B3E91" w:rsidRDefault="00000000">
      <w:pPr>
        <w:rPr>
          <w:color w:val="002060"/>
        </w:rPr>
      </w:pPr>
      <w:r w:rsidRPr="004B3E91">
        <w:rPr>
          <w:color w:val="002060"/>
          <w:sz w:val="20"/>
        </w:rPr>
        <w:t>☐ Lỗi trình bày/xuất bản</w:t>
      </w:r>
    </w:p>
    <w:p w14:paraId="67B74564" w14:textId="557FC446" w:rsidR="00D84259" w:rsidRPr="004B3E91" w:rsidRDefault="00000000">
      <w:pPr>
        <w:rPr>
          <w:color w:val="002060"/>
        </w:rPr>
      </w:pPr>
      <w:r w:rsidRPr="004B3E91">
        <w:rPr>
          <w:color w:val="002060"/>
          <w:sz w:val="20"/>
        </w:rPr>
        <w:t>☐ Khác: ..............</w:t>
      </w:r>
      <w:r w:rsidR="004B3E91">
        <w:rPr>
          <w:color w:val="002060"/>
          <w:sz w:val="20"/>
        </w:rPr>
        <w:t>......................</w:t>
      </w:r>
      <w:r w:rsidRPr="004B3E91">
        <w:rPr>
          <w:color w:val="002060"/>
          <w:sz w:val="20"/>
        </w:rPr>
        <w:t>......................................................................................................................</w:t>
      </w:r>
    </w:p>
    <w:p w14:paraId="7CEE0C2E" w14:textId="77777777" w:rsidR="00D84259" w:rsidRPr="004B3E91" w:rsidRDefault="00000000">
      <w:pPr>
        <w:rPr>
          <w:color w:val="002060"/>
        </w:rPr>
      </w:pPr>
      <w:r w:rsidRPr="004B3E91">
        <w:rPr>
          <w:b/>
          <w:color w:val="002060"/>
          <w:sz w:val="20"/>
        </w:rPr>
        <w:lastRenderedPageBreak/>
        <w:t>Mô tả nội dung cần đính chính (ghi rõ vị trí và nội dung hiện tại/nội dung đề nghị sửa):</w:t>
      </w:r>
    </w:p>
    <w:p w14:paraId="0431B43B" w14:textId="6B3B5FAE" w:rsidR="00BE5EE8" w:rsidRPr="004B3E91" w:rsidRDefault="00000000">
      <w:pPr>
        <w:rPr>
          <w:color w:val="002060"/>
        </w:rPr>
      </w:pPr>
      <w:r w:rsidRPr="004B3E91">
        <w:rPr>
          <w:color w:val="002060"/>
          <w:sz w:val="20"/>
        </w:rPr>
        <w:t>...................................................................</w:t>
      </w:r>
      <w:r w:rsidR="004B3E91">
        <w:rPr>
          <w:color w:val="002060"/>
          <w:sz w:val="20"/>
        </w:rPr>
        <w:t>.............................................................................................................................................................................................</w:t>
      </w:r>
      <w:r w:rsidRPr="004B3E91">
        <w:rPr>
          <w:color w:val="002060"/>
          <w:sz w:val="20"/>
        </w:rPr>
        <w:t>................................................................................</w:t>
      </w:r>
    </w:p>
    <w:p w14:paraId="23CFEE17" w14:textId="1DCAB295" w:rsidR="00D84259" w:rsidRPr="004B3E91" w:rsidRDefault="00000000">
      <w:pPr>
        <w:rPr>
          <w:color w:val="002060"/>
        </w:rPr>
      </w:pPr>
      <w:r w:rsidRPr="004B3E91">
        <w:rPr>
          <w:b/>
          <w:color w:val="002060"/>
          <w:sz w:val="21"/>
        </w:rPr>
        <w:t>B. Trường hợp đề nghị RÚT BÀI</w:t>
      </w:r>
    </w:p>
    <w:p w14:paraId="7AEDA797" w14:textId="77777777" w:rsidR="00D84259" w:rsidRPr="004B3E91" w:rsidRDefault="00000000">
      <w:pPr>
        <w:rPr>
          <w:color w:val="002060"/>
        </w:rPr>
      </w:pPr>
      <w:r w:rsidRPr="004B3E91">
        <w:rPr>
          <w:color w:val="002060"/>
          <w:sz w:val="20"/>
        </w:rPr>
        <w:t>☐ Sai sót nghiêm trọng làm cho kết quả/kết luận không còn đáng tin cậy</w:t>
      </w:r>
    </w:p>
    <w:p w14:paraId="0A4357C0" w14:textId="77777777" w:rsidR="00D84259" w:rsidRPr="004B3E91" w:rsidRDefault="00000000">
      <w:pPr>
        <w:rPr>
          <w:color w:val="002060"/>
        </w:rPr>
      </w:pPr>
      <w:r w:rsidRPr="004B3E91">
        <w:rPr>
          <w:color w:val="002060"/>
          <w:sz w:val="20"/>
        </w:rPr>
        <w:t>☐ Phát hiện dữ liệu/hình ảnh/bảng có vấn đề nghiêm trọng</w:t>
      </w:r>
    </w:p>
    <w:p w14:paraId="548A1905" w14:textId="77777777" w:rsidR="00D84259" w:rsidRPr="004B3E91" w:rsidRDefault="00000000">
      <w:pPr>
        <w:rPr>
          <w:color w:val="002060"/>
        </w:rPr>
      </w:pPr>
      <w:r w:rsidRPr="004B3E91">
        <w:rPr>
          <w:color w:val="002060"/>
          <w:sz w:val="20"/>
        </w:rPr>
        <w:t>☐ Đạo văn/tự đạo văn/nguồn trích dẫn không phù hợp</w:t>
      </w:r>
    </w:p>
    <w:p w14:paraId="50EEBE77" w14:textId="77777777" w:rsidR="00D84259" w:rsidRPr="004B3E91" w:rsidRDefault="00000000">
      <w:pPr>
        <w:rPr>
          <w:color w:val="002060"/>
        </w:rPr>
      </w:pPr>
      <w:r w:rsidRPr="004B3E91">
        <w:rPr>
          <w:color w:val="002060"/>
          <w:sz w:val="20"/>
        </w:rPr>
        <w:t>☐ Trùng lặp công bố/gửi đồng thời</w:t>
      </w:r>
    </w:p>
    <w:p w14:paraId="720DB96A" w14:textId="77777777" w:rsidR="00D84259" w:rsidRPr="004B3E91" w:rsidRDefault="00000000">
      <w:pPr>
        <w:rPr>
          <w:color w:val="002060"/>
        </w:rPr>
      </w:pPr>
      <w:r w:rsidRPr="004B3E91">
        <w:rPr>
          <w:color w:val="002060"/>
          <w:sz w:val="20"/>
        </w:rPr>
        <w:t>☐ Vi phạm đạo đức nghiên cứu (phê duyệt đạo đức/đồng thuận/quyền riêng tư...)</w:t>
      </w:r>
    </w:p>
    <w:p w14:paraId="138EFDB7" w14:textId="77777777" w:rsidR="00D84259" w:rsidRPr="004B3E91" w:rsidRDefault="00000000">
      <w:pPr>
        <w:rPr>
          <w:color w:val="002060"/>
        </w:rPr>
      </w:pPr>
      <w:r w:rsidRPr="004B3E91">
        <w:rPr>
          <w:color w:val="002060"/>
          <w:sz w:val="20"/>
        </w:rPr>
        <w:t>☐ Không kê khai hoặc kê khai không đầy đủ xung đột lợi ích/tài trợ có ảnh hưởng đáng kể</w:t>
      </w:r>
    </w:p>
    <w:p w14:paraId="6FA7FFAA" w14:textId="77777777" w:rsidR="00D84259" w:rsidRPr="004B3E91" w:rsidRDefault="00000000">
      <w:pPr>
        <w:rPr>
          <w:color w:val="002060"/>
        </w:rPr>
      </w:pPr>
      <w:r w:rsidRPr="004B3E91">
        <w:rPr>
          <w:color w:val="002060"/>
          <w:sz w:val="20"/>
        </w:rPr>
        <w:t>☐ Vi phạm bản quyền (hình/bảng/dữ liệu...)</w:t>
      </w:r>
    </w:p>
    <w:p w14:paraId="1B0800B7" w14:textId="7674F023" w:rsidR="00D84259" w:rsidRPr="004B3E91" w:rsidRDefault="00000000">
      <w:pPr>
        <w:rPr>
          <w:color w:val="002060"/>
        </w:rPr>
      </w:pPr>
      <w:r w:rsidRPr="004B3E91">
        <w:rPr>
          <w:color w:val="002060"/>
          <w:sz w:val="20"/>
        </w:rPr>
        <w:t>☐ Khác: ..................................................................................</w:t>
      </w:r>
      <w:r w:rsidR="0077639F">
        <w:rPr>
          <w:color w:val="002060"/>
          <w:sz w:val="20"/>
        </w:rPr>
        <w:t>......................</w:t>
      </w:r>
      <w:r w:rsidRPr="004B3E91">
        <w:rPr>
          <w:color w:val="002060"/>
          <w:sz w:val="20"/>
        </w:rPr>
        <w:t>..................................................</w:t>
      </w:r>
    </w:p>
    <w:p w14:paraId="1D102BF2" w14:textId="77777777" w:rsidR="00D84259" w:rsidRPr="004B3E91" w:rsidRDefault="00000000">
      <w:pPr>
        <w:rPr>
          <w:color w:val="002060"/>
        </w:rPr>
      </w:pPr>
      <w:r w:rsidRPr="004B3E91">
        <w:rPr>
          <w:b/>
          <w:color w:val="002060"/>
          <w:sz w:val="20"/>
        </w:rPr>
        <w:t>Mô tả chi tiết lý do và bằng chứng liên quan:</w:t>
      </w:r>
    </w:p>
    <w:p w14:paraId="631663D3" w14:textId="1124C854" w:rsidR="00D84259" w:rsidRPr="004B3E91" w:rsidRDefault="00000000" w:rsidP="0077639F">
      <w:pPr>
        <w:rPr>
          <w:color w:val="002060"/>
        </w:rPr>
      </w:pPr>
      <w:r w:rsidRPr="004B3E91">
        <w:rPr>
          <w:color w:val="002060"/>
          <w:sz w:val="20"/>
        </w:rPr>
        <w:t>...................................................................................................</w:t>
      </w:r>
      <w:r w:rsidR="0077639F">
        <w:rPr>
          <w:color w:val="002060"/>
          <w:sz w:val="20"/>
        </w:rPr>
        <w:t>.....................................................................</w:t>
      </w:r>
    </w:p>
    <w:p w14:paraId="6D0093C1" w14:textId="77777777" w:rsidR="00D84259" w:rsidRPr="004B3E91" w:rsidRDefault="00000000">
      <w:pPr>
        <w:spacing w:before="100"/>
        <w:rPr>
          <w:color w:val="002060"/>
        </w:rPr>
      </w:pPr>
      <w:r w:rsidRPr="004B3E91">
        <w:rPr>
          <w:b/>
          <w:color w:val="002060"/>
        </w:rPr>
        <w:t>5. TÌNH TRẠNG XÁC MINH/XỬ LÝ NỘI BỘ (NẾU CÓ)</w:t>
      </w:r>
    </w:p>
    <w:p w14:paraId="4A3147DA" w14:textId="109F2E89" w:rsidR="00D84259" w:rsidRPr="004B3E91" w:rsidRDefault="00000000">
      <w:pPr>
        <w:rPr>
          <w:color w:val="002060"/>
        </w:rPr>
      </w:pPr>
      <w:r w:rsidRPr="004B3E91">
        <w:rPr>
          <w:color w:val="002060"/>
          <w:sz w:val="20"/>
        </w:rPr>
        <w:t>• Cơ quan/đơn vị đang xác minh: ..............</w:t>
      </w:r>
      <w:r w:rsidR="0077639F">
        <w:rPr>
          <w:color w:val="002060"/>
          <w:sz w:val="20"/>
        </w:rPr>
        <w:t>..................</w:t>
      </w:r>
      <w:r w:rsidRPr="004B3E91">
        <w:rPr>
          <w:color w:val="002060"/>
          <w:sz w:val="20"/>
        </w:rPr>
        <w:t>..................................................................................</w:t>
      </w:r>
    </w:p>
    <w:p w14:paraId="5F9E5008" w14:textId="563090B1" w:rsidR="00D84259" w:rsidRPr="004B3E91" w:rsidRDefault="00000000">
      <w:pPr>
        <w:rPr>
          <w:color w:val="002060"/>
        </w:rPr>
      </w:pPr>
      <w:r w:rsidRPr="004B3E91">
        <w:rPr>
          <w:color w:val="002060"/>
          <w:sz w:val="20"/>
        </w:rPr>
        <w:t>• Kết luận/biên bản/số văn bản (nếu có): ...................................</w:t>
      </w:r>
      <w:r w:rsidR="0077639F">
        <w:rPr>
          <w:color w:val="002060"/>
          <w:sz w:val="20"/>
        </w:rPr>
        <w:t>....................</w:t>
      </w:r>
      <w:r w:rsidRPr="004B3E91">
        <w:rPr>
          <w:color w:val="002060"/>
          <w:sz w:val="20"/>
        </w:rPr>
        <w:t>................................................</w:t>
      </w:r>
    </w:p>
    <w:p w14:paraId="57713AF1" w14:textId="62C9202F" w:rsidR="00D84259" w:rsidRPr="004B3E91" w:rsidRDefault="00000000">
      <w:pPr>
        <w:rPr>
          <w:color w:val="002060"/>
        </w:rPr>
      </w:pPr>
      <w:r w:rsidRPr="004B3E91">
        <w:rPr>
          <w:color w:val="002060"/>
          <w:sz w:val="20"/>
        </w:rPr>
        <w:t>• Người liên hệ của đơn vị xác minh: ...............................................</w:t>
      </w:r>
      <w:r w:rsidR="0077639F">
        <w:rPr>
          <w:color w:val="002060"/>
          <w:sz w:val="20"/>
        </w:rPr>
        <w:t>...................</w:t>
      </w:r>
      <w:r w:rsidRPr="004B3E91">
        <w:rPr>
          <w:color w:val="002060"/>
          <w:sz w:val="20"/>
        </w:rPr>
        <w:t>...........................................</w:t>
      </w:r>
    </w:p>
    <w:p w14:paraId="2DEF08F1" w14:textId="77777777" w:rsidR="00D84259" w:rsidRPr="004B3E91" w:rsidRDefault="00000000">
      <w:pPr>
        <w:spacing w:before="100"/>
        <w:rPr>
          <w:color w:val="002060"/>
        </w:rPr>
      </w:pPr>
      <w:r w:rsidRPr="004B3E91">
        <w:rPr>
          <w:b/>
          <w:color w:val="002060"/>
        </w:rPr>
        <w:t>6. ĐỀ XUẤT CÁCH THỨC CÔNG BỐ/XỬ LÝ</w:t>
      </w:r>
    </w:p>
    <w:p w14:paraId="4636D3C7" w14:textId="77777777" w:rsidR="00D84259" w:rsidRPr="004B3E91" w:rsidRDefault="00000000">
      <w:pPr>
        <w:rPr>
          <w:color w:val="002060"/>
        </w:rPr>
      </w:pPr>
      <w:r w:rsidRPr="004B3E91">
        <w:rPr>
          <w:color w:val="002060"/>
          <w:sz w:val="20"/>
        </w:rPr>
        <w:t>☐ Công bố Thông báo đính chính (Correction/Corrigendum) và liên kết với bài báo gốc</w:t>
      </w:r>
    </w:p>
    <w:p w14:paraId="4067450C" w14:textId="77777777" w:rsidR="00D84259" w:rsidRPr="004B3E91" w:rsidRDefault="00000000">
      <w:pPr>
        <w:rPr>
          <w:color w:val="002060"/>
        </w:rPr>
      </w:pPr>
      <w:r w:rsidRPr="004B3E91">
        <w:rPr>
          <w:color w:val="002060"/>
          <w:sz w:val="20"/>
        </w:rPr>
        <w:t>☐ Công bố Thông báo rút bài (Retraction Notice), gắn nhãn “RÚT BÀI/RETRACTED” và duy trì hồ sơ bài báo để bảo đảm minh bạch học thuật</w:t>
      </w:r>
    </w:p>
    <w:p w14:paraId="54D0A956" w14:textId="492A3C6A" w:rsidR="00D84259" w:rsidRPr="004B3E91" w:rsidRDefault="00000000">
      <w:pPr>
        <w:rPr>
          <w:color w:val="002060"/>
        </w:rPr>
      </w:pPr>
      <w:r w:rsidRPr="004B3E91">
        <w:rPr>
          <w:color w:val="002060"/>
          <w:sz w:val="20"/>
        </w:rPr>
        <w:t>☐ Hình thức khác theo quyết định của Ban Biên tập: ............</w:t>
      </w:r>
      <w:r w:rsidR="0077639F">
        <w:rPr>
          <w:color w:val="002060"/>
          <w:sz w:val="20"/>
        </w:rPr>
        <w:t>...................</w:t>
      </w:r>
      <w:r w:rsidRPr="004B3E91">
        <w:rPr>
          <w:color w:val="002060"/>
          <w:sz w:val="20"/>
        </w:rPr>
        <w:t>....................................................</w:t>
      </w:r>
    </w:p>
    <w:p w14:paraId="63FD291F" w14:textId="1FE6F7AD" w:rsidR="00D84259" w:rsidRPr="004B3E91" w:rsidRDefault="00000000">
      <w:pPr>
        <w:rPr>
          <w:color w:val="002060"/>
        </w:rPr>
      </w:pPr>
      <w:r w:rsidRPr="004B3E91">
        <w:rPr>
          <w:color w:val="002060"/>
          <w:sz w:val="20"/>
        </w:rPr>
        <w:t>Lý do/đề nghị bổ sung: ................................................................</w:t>
      </w:r>
      <w:r w:rsidR="0077639F">
        <w:rPr>
          <w:color w:val="002060"/>
          <w:sz w:val="20"/>
        </w:rPr>
        <w:t>...................</w:t>
      </w:r>
      <w:r w:rsidRPr="004B3E91">
        <w:rPr>
          <w:color w:val="002060"/>
          <w:sz w:val="20"/>
        </w:rPr>
        <w:t>................................................</w:t>
      </w:r>
    </w:p>
    <w:p w14:paraId="021F8526" w14:textId="77777777" w:rsidR="00D84259" w:rsidRPr="004B3E91" w:rsidRDefault="00000000">
      <w:pPr>
        <w:spacing w:before="100"/>
        <w:rPr>
          <w:color w:val="002060"/>
        </w:rPr>
      </w:pPr>
      <w:r w:rsidRPr="004B3E91">
        <w:rPr>
          <w:b/>
          <w:color w:val="002060"/>
        </w:rPr>
        <w:t>7. CAM KẾT CỦA TÁC GIẢ</w:t>
      </w:r>
    </w:p>
    <w:p w14:paraId="0E43B216" w14:textId="77777777" w:rsidR="00D84259" w:rsidRPr="004B3E91" w:rsidRDefault="00000000" w:rsidP="004B3E91">
      <w:pPr>
        <w:jc w:val="both"/>
        <w:rPr>
          <w:color w:val="002060"/>
        </w:rPr>
      </w:pPr>
      <w:r w:rsidRPr="004B3E91">
        <w:rPr>
          <w:color w:val="002060"/>
          <w:sz w:val="20"/>
        </w:rPr>
        <w:t>1. Các thông tin cung cấp trong đơn này là đúng sự thật; chúng tôi chịu trách nhiệm về nội dung khai báo và cung cấp tài liệu chứng minh khi được yêu cầu.</w:t>
      </w:r>
    </w:p>
    <w:p w14:paraId="5613C112" w14:textId="77777777" w:rsidR="00D84259" w:rsidRPr="004B3E91" w:rsidRDefault="00000000" w:rsidP="004B3E91">
      <w:pPr>
        <w:jc w:val="both"/>
        <w:rPr>
          <w:color w:val="002060"/>
        </w:rPr>
      </w:pPr>
      <w:r w:rsidRPr="004B3E91">
        <w:rPr>
          <w:color w:val="002060"/>
          <w:sz w:val="20"/>
        </w:rPr>
        <w:t>2. Tất cả đồng tác giả đã được thông báo về đề nghị này. Trường hợp có ý kiến khác nhau giữa các tác giả, chúng tôi sẽ khai báo đầy đủ để Ban Biên tập xem xét.</w:t>
      </w:r>
    </w:p>
    <w:p w14:paraId="4EE2C088" w14:textId="77777777" w:rsidR="00D84259" w:rsidRPr="004B3E91" w:rsidRDefault="00000000" w:rsidP="004B3E91">
      <w:pPr>
        <w:jc w:val="both"/>
        <w:rPr>
          <w:color w:val="002060"/>
        </w:rPr>
      </w:pPr>
      <w:r w:rsidRPr="004B3E91">
        <w:rPr>
          <w:color w:val="002060"/>
          <w:sz w:val="20"/>
        </w:rPr>
        <w:t>3. Chúng tôi hiểu rằng hình thức xử lý cuối cùng do Ban Biên tập/Tạp chí quyết định sau khi xem xét hồ sơ, bằng chứng và các chính sách xuất bản có liên quan.</w:t>
      </w:r>
    </w:p>
    <w:p w14:paraId="6C00F7F2" w14:textId="77777777" w:rsidR="00D84259" w:rsidRPr="004B3E91" w:rsidRDefault="00000000" w:rsidP="004B3E91">
      <w:pPr>
        <w:jc w:val="both"/>
        <w:rPr>
          <w:color w:val="002060"/>
        </w:rPr>
      </w:pPr>
      <w:r w:rsidRPr="004B3E91">
        <w:rPr>
          <w:color w:val="002060"/>
          <w:sz w:val="20"/>
        </w:rPr>
        <w:t>4. Đối với bài đã xuất bản, Tạp chí có thể công bố thông báo đính chính hoặc thông báo rút bài, liên kết thông báo với bài báo gốc và áp dụng nhãn phù hợp nhằm bảo đảm tính minh bạch của hồ sơ học thuật.</w:t>
      </w:r>
    </w:p>
    <w:p w14:paraId="7C34F73F" w14:textId="77777777" w:rsidR="00D84259" w:rsidRPr="004B3E91" w:rsidRDefault="00000000" w:rsidP="004B3E91">
      <w:pPr>
        <w:jc w:val="both"/>
        <w:rPr>
          <w:color w:val="002060"/>
        </w:rPr>
      </w:pPr>
      <w:r w:rsidRPr="004B3E91">
        <w:rPr>
          <w:color w:val="002060"/>
          <w:sz w:val="20"/>
        </w:rPr>
        <w:t>5. Chúng tôi cam kết phối hợp đầy đủ với Ban Biên tập trong quá trình thẩm tra, xác minh và xử lý sau xuất bản.</w:t>
      </w:r>
    </w:p>
    <w:p w14:paraId="16FE214D" w14:textId="77777777" w:rsidR="00D84259" w:rsidRPr="004B3E91" w:rsidRDefault="00000000">
      <w:pPr>
        <w:spacing w:before="100"/>
        <w:rPr>
          <w:color w:val="002060"/>
        </w:rPr>
      </w:pPr>
      <w:r w:rsidRPr="004B3E91">
        <w:rPr>
          <w:b/>
          <w:color w:val="002060"/>
        </w:rPr>
        <w:t>8. TÀI LIỆU ĐÍNH KÈM (NẾU CÓ)</w:t>
      </w:r>
    </w:p>
    <w:p w14:paraId="2E5052BA" w14:textId="77777777" w:rsidR="00D84259" w:rsidRPr="004B3E91" w:rsidRDefault="00000000">
      <w:pPr>
        <w:rPr>
          <w:color w:val="002060"/>
        </w:rPr>
      </w:pPr>
      <w:r w:rsidRPr="004B3E91">
        <w:rPr>
          <w:color w:val="002060"/>
          <w:sz w:val="20"/>
        </w:rPr>
        <w:t>☐ Bản mô tả chi tiết nội dung cần đính chính</w:t>
      </w:r>
    </w:p>
    <w:p w14:paraId="5A82758C" w14:textId="77777777" w:rsidR="00D84259" w:rsidRPr="004B3E91" w:rsidRDefault="00000000">
      <w:pPr>
        <w:rPr>
          <w:color w:val="002060"/>
        </w:rPr>
      </w:pPr>
      <w:r w:rsidRPr="004B3E91">
        <w:rPr>
          <w:color w:val="002060"/>
          <w:sz w:val="20"/>
        </w:rPr>
        <w:t>☐ Bằng chứng/số liệu gốc/nhật ký nghiên cứu</w:t>
      </w:r>
    </w:p>
    <w:p w14:paraId="59E45CBE" w14:textId="77777777" w:rsidR="00D84259" w:rsidRPr="004B3E91" w:rsidRDefault="00000000">
      <w:pPr>
        <w:rPr>
          <w:color w:val="002060"/>
        </w:rPr>
      </w:pPr>
      <w:r w:rsidRPr="004B3E91">
        <w:rPr>
          <w:color w:val="002060"/>
          <w:sz w:val="20"/>
        </w:rPr>
        <w:t>☐ Báo cáo phân tích lại/sửa lỗi</w:t>
      </w:r>
    </w:p>
    <w:p w14:paraId="28C6B98B" w14:textId="77777777" w:rsidR="00D84259" w:rsidRPr="004B3E91" w:rsidRDefault="00000000">
      <w:pPr>
        <w:rPr>
          <w:color w:val="002060"/>
        </w:rPr>
      </w:pPr>
      <w:r w:rsidRPr="004B3E91">
        <w:rPr>
          <w:color w:val="002060"/>
          <w:sz w:val="20"/>
        </w:rPr>
        <w:t>☐ Kết luận của cơ quan/đơn vị/Hội đồng Đạo đức</w:t>
      </w:r>
    </w:p>
    <w:p w14:paraId="6AC8DF23" w14:textId="77777777" w:rsidR="00D84259" w:rsidRPr="004B3E91" w:rsidRDefault="00000000">
      <w:pPr>
        <w:rPr>
          <w:color w:val="002060"/>
        </w:rPr>
      </w:pPr>
      <w:r w:rsidRPr="004B3E91">
        <w:rPr>
          <w:color w:val="002060"/>
          <w:sz w:val="20"/>
        </w:rPr>
        <w:lastRenderedPageBreak/>
        <w:t>☐ Bằng chứng liên quan đến trùng lặp/đạo văn/bản quyền</w:t>
      </w:r>
    </w:p>
    <w:p w14:paraId="37253328" w14:textId="77777777" w:rsidR="00D84259" w:rsidRPr="004B3E91" w:rsidRDefault="00000000">
      <w:pPr>
        <w:rPr>
          <w:color w:val="002060"/>
        </w:rPr>
      </w:pPr>
      <w:r w:rsidRPr="004B3E91">
        <w:rPr>
          <w:color w:val="002060"/>
          <w:sz w:val="20"/>
        </w:rPr>
        <w:t>☐ Xác nhận/ý kiến của các đồng tác giả</w:t>
      </w:r>
    </w:p>
    <w:p w14:paraId="29285FAC" w14:textId="368AD8DE" w:rsidR="00D84259" w:rsidRPr="004B3E91" w:rsidRDefault="00000000">
      <w:pPr>
        <w:rPr>
          <w:color w:val="002060"/>
        </w:rPr>
      </w:pPr>
      <w:r w:rsidRPr="004B3E91">
        <w:rPr>
          <w:color w:val="002060"/>
          <w:sz w:val="20"/>
        </w:rPr>
        <w:t>☐ Tài liệu khác: ............................................</w:t>
      </w:r>
      <w:r w:rsidR="0077639F">
        <w:rPr>
          <w:color w:val="002060"/>
          <w:sz w:val="20"/>
        </w:rPr>
        <w:t>......................</w:t>
      </w:r>
      <w:r w:rsidRPr="004B3E91">
        <w:rPr>
          <w:color w:val="002060"/>
          <w:sz w:val="20"/>
        </w:rPr>
        <w:t>............................................................................</w:t>
      </w:r>
    </w:p>
    <w:p w14:paraId="0CEB10AB" w14:textId="77777777" w:rsidR="00D84259" w:rsidRPr="004B3E91" w:rsidRDefault="00000000">
      <w:pPr>
        <w:spacing w:after="140"/>
        <w:jc w:val="right"/>
        <w:rPr>
          <w:color w:val="002060"/>
        </w:rPr>
      </w:pPr>
      <w:r w:rsidRPr="004B3E91">
        <w:rPr>
          <w:color w:val="002060"/>
          <w:sz w:val="21"/>
        </w:rPr>
        <w:t>...................., ngày ...... tháng ...... năm ..........</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4B3E91" w:rsidRPr="004B3E91" w14:paraId="2AEF8924" w14:textId="77777777">
        <w:trPr>
          <w:jc w:val="center"/>
        </w:trPr>
        <w:tc>
          <w:tcPr>
            <w:tcW w:w="4986" w:type="dxa"/>
            <w:tcMar>
              <w:top w:w="70" w:type="dxa"/>
              <w:left w:w="90" w:type="dxa"/>
              <w:bottom w:w="70" w:type="dxa"/>
              <w:right w:w="90" w:type="dxa"/>
            </w:tcMar>
          </w:tcPr>
          <w:p w14:paraId="30EB3907" w14:textId="77777777" w:rsidR="00D84259" w:rsidRPr="004B3E91" w:rsidRDefault="00000000">
            <w:pPr>
              <w:jc w:val="center"/>
              <w:rPr>
                <w:color w:val="002060"/>
              </w:rPr>
            </w:pPr>
            <w:r w:rsidRPr="004B3E91">
              <w:rPr>
                <w:b/>
                <w:color w:val="002060"/>
                <w:sz w:val="21"/>
              </w:rPr>
              <w:t>TÁC GIẢ LIÊN HỆ</w:t>
            </w:r>
          </w:p>
          <w:p w14:paraId="4AF79144" w14:textId="77777777" w:rsidR="00D84259" w:rsidRPr="004B3E91" w:rsidRDefault="00000000">
            <w:pPr>
              <w:jc w:val="center"/>
              <w:rPr>
                <w:color w:val="002060"/>
              </w:rPr>
            </w:pPr>
            <w:r w:rsidRPr="004B3E91">
              <w:rPr>
                <w:i/>
                <w:color w:val="002060"/>
                <w:sz w:val="19"/>
              </w:rPr>
              <w:t>(Ký, ghi rõ họ tên)</w:t>
            </w:r>
          </w:p>
        </w:tc>
        <w:tc>
          <w:tcPr>
            <w:tcW w:w="4986" w:type="dxa"/>
            <w:tcMar>
              <w:top w:w="70" w:type="dxa"/>
              <w:left w:w="90" w:type="dxa"/>
              <w:bottom w:w="70" w:type="dxa"/>
              <w:right w:w="90" w:type="dxa"/>
            </w:tcMar>
          </w:tcPr>
          <w:p w14:paraId="168CC1BC" w14:textId="77777777" w:rsidR="00D84259" w:rsidRPr="004B3E91" w:rsidRDefault="00000000">
            <w:pPr>
              <w:jc w:val="center"/>
              <w:rPr>
                <w:color w:val="002060"/>
              </w:rPr>
            </w:pPr>
            <w:r w:rsidRPr="004B3E91">
              <w:rPr>
                <w:b/>
                <w:color w:val="002060"/>
                <w:sz w:val="21"/>
              </w:rPr>
              <w:t>XÁC NHẬN/Ý KIẾN CỦA CÁC ĐỒNG TÁC GIẢ</w:t>
            </w:r>
          </w:p>
          <w:p w14:paraId="30F10F95" w14:textId="77777777" w:rsidR="00D84259" w:rsidRPr="004B3E91" w:rsidRDefault="00000000">
            <w:pPr>
              <w:jc w:val="center"/>
              <w:rPr>
                <w:color w:val="002060"/>
              </w:rPr>
            </w:pPr>
            <w:r w:rsidRPr="004B3E91">
              <w:rPr>
                <w:i/>
                <w:color w:val="002060"/>
                <w:sz w:val="19"/>
              </w:rPr>
              <w:t>(Ký/ghi rõ họ tên hoặc kèm văn bản xác nhận)</w:t>
            </w:r>
          </w:p>
        </w:tc>
      </w:tr>
      <w:tr w:rsidR="004B3E91" w:rsidRPr="004B3E91" w14:paraId="16397FF8" w14:textId="77777777">
        <w:trPr>
          <w:jc w:val="center"/>
        </w:trPr>
        <w:tc>
          <w:tcPr>
            <w:tcW w:w="4986" w:type="dxa"/>
            <w:tcMar>
              <w:top w:w="70" w:type="dxa"/>
              <w:left w:w="90" w:type="dxa"/>
              <w:bottom w:w="70" w:type="dxa"/>
              <w:right w:w="90" w:type="dxa"/>
            </w:tcMar>
          </w:tcPr>
          <w:p w14:paraId="436BCDAC" w14:textId="77777777" w:rsidR="0077639F" w:rsidRDefault="00000000">
            <w:pPr>
              <w:rPr>
                <w:color w:val="002060"/>
              </w:rPr>
            </w:pPr>
            <w:r w:rsidRPr="004B3E91">
              <w:rPr>
                <w:color w:val="002060"/>
              </w:rPr>
              <w:br/>
            </w:r>
            <w:r w:rsidRPr="004B3E91">
              <w:rPr>
                <w:color w:val="002060"/>
              </w:rPr>
              <w:br/>
            </w:r>
          </w:p>
          <w:p w14:paraId="2D964E8C" w14:textId="77777777" w:rsidR="0077639F" w:rsidRDefault="0077639F">
            <w:pPr>
              <w:rPr>
                <w:color w:val="002060"/>
              </w:rPr>
            </w:pPr>
          </w:p>
          <w:p w14:paraId="71299F32" w14:textId="77777777" w:rsidR="0077639F" w:rsidRDefault="0077639F">
            <w:pPr>
              <w:rPr>
                <w:color w:val="002060"/>
              </w:rPr>
            </w:pPr>
          </w:p>
          <w:p w14:paraId="426D04E4" w14:textId="7A502F0A" w:rsidR="00D84259" w:rsidRPr="004B3E91" w:rsidRDefault="00000000">
            <w:pPr>
              <w:rPr>
                <w:color w:val="002060"/>
              </w:rPr>
            </w:pPr>
            <w:r w:rsidRPr="004B3E91">
              <w:rPr>
                <w:color w:val="002060"/>
              </w:rPr>
              <w:br/>
            </w:r>
          </w:p>
        </w:tc>
        <w:tc>
          <w:tcPr>
            <w:tcW w:w="4986" w:type="dxa"/>
            <w:tcMar>
              <w:top w:w="70" w:type="dxa"/>
              <w:left w:w="90" w:type="dxa"/>
              <w:bottom w:w="70" w:type="dxa"/>
              <w:right w:w="90" w:type="dxa"/>
            </w:tcMar>
          </w:tcPr>
          <w:p w14:paraId="6B617E5C" w14:textId="77777777" w:rsidR="00D84259" w:rsidRPr="004B3E91" w:rsidRDefault="00000000">
            <w:pPr>
              <w:rPr>
                <w:color w:val="002060"/>
              </w:rPr>
            </w:pPr>
            <w:r w:rsidRPr="004B3E91">
              <w:rPr>
                <w:color w:val="002060"/>
              </w:rPr>
              <w:br/>
            </w:r>
            <w:r w:rsidRPr="004B3E91">
              <w:rPr>
                <w:color w:val="002060"/>
              </w:rPr>
              <w:br/>
            </w:r>
            <w:r w:rsidRPr="004B3E91">
              <w:rPr>
                <w:color w:val="002060"/>
              </w:rPr>
              <w:br/>
            </w:r>
          </w:p>
        </w:tc>
      </w:tr>
    </w:tbl>
    <w:p w14:paraId="3A081395" w14:textId="77777777" w:rsidR="00BE5EE8" w:rsidRPr="004B3E91" w:rsidRDefault="00000000" w:rsidP="004B3E91">
      <w:pPr>
        <w:spacing w:after="0"/>
        <w:jc w:val="both"/>
        <w:rPr>
          <w:i/>
          <w:color w:val="002060"/>
          <w:sz w:val="18"/>
        </w:rPr>
      </w:pPr>
      <w:proofErr w:type="spellStart"/>
      <w:r w:rsidRPr="004B3E91">
        <w:rPr>
          <w:i/>
          <w:color w:val="002060"/>
          <w:sz w:val="18"/>
        </w:rPr>
        <w:t>Ghi</w:t>
      </w:r>
      <w:proofErr w:type="spellEnd"/>
      <w:r w:rsidRPr="004B3E91">
        <w:rPr>
          <w:i/>
          <w:color w:val="002060"/>
          <w:sz w:val="18"/>
        </w:rPr>
        <w:t xml:space="preserve"> </w:t>
      </w:r>
      <w:proofErr w:type="spellStart"/>
      <w:r w:rsidRPr="004B3E91">
        <w:rPr>
          <w:i/>
          <w:color w:val="002060"/>
          <w:sz w:val="18"/>
        </w:rPr>
        <w:t>chú</w:t>
      </w:r>
      <w:proofErr w:type="spellEnd"/>
      <w:r w:rsidRPr="004B3E91">
        <w:rPr>
          <w:i/>
          <w:color w:val="002060"/>
          <w:sz w:val="18"/>
        </w:rPr>
        <w:t>:</w:t>
      </w:r>
    </w:p>
    <w:p w14:paraId="36EEF9FA" w14:textId="51D7CFAB" w:rsidR="00D84259" w:rsidRPr="004B3E91" w:rsidRDefault="00BE5EE8" w:rsidP="004B3E91">
      <w:pPr>
        <w:spacing w:after="0"/>
        <w:jc w:val="both"/>
        <w:rPr>
          <w:i/>
          <w:color w:val="002060"/>
          <w:sz w:val="18"/>
        </w:rPr>
      </w:pPr>
      <w:r w:rsidRPr="004B3E91">
        <w:rPr>
          <w:i/>
          <w:color w:val="002060"/>
          <w:sz w:val="18"/>
        </w:rPr>
        <w:t xml:space="preserve">- Đơn đề </w:t>
      </w:r>
      <w:proofErr w:type="spellStart"/>
      <w:r w:rsidRPr="004B3E91">
        <w:rPr>
          <w:i/>
          <w:color w:val="002060"/>
          <w:sz w:val="18"/>
        </w:rPr>
        <w:t>nghị</w:t>
      </w:r>
      <w:proofErr w:type="spellEnd"/>
      <w:r w:rsidRPr="004B3E91">
        <w:rPr>
          <w:i/>
          <w:color w:val="002060"/>
          <w:sz w:val="18"/>
        </w:rPr>
        <w:t xml:space="preserve"> </w:t>
      </w:r>
      <w:proofErr w:type="spellStart"/>
      <w:r w:rsidRPr="004B3E91">
        <w:rPr>
          <w:i/>
          <w:color w:val="002060"/>
          <w:sz w:val="18"/>
        </w:rPr>
        <w:t>là</w:t>
      </w:r>
      <w:proofErr w:type="spellEnd"/>
      <w:r w:rsidRPr="004B3E91">
        <w:rPr>
          <w:i/>
          <w:color w:val="002060"/>
          <w:sz w:val="18"/>
        </w:rPr>
        <w:t xml:space="preserve"> </w:t>
      </w:r>
      <w:proofErr w:type="spellStart"/>
      <w:r w:rsidRPr="004B3E91">
        <w:rPr>
          <w:i/>
          <w:color w:val="002060"/>
          <w:sz w:val="18"/>
        </w:rPr>
        <w:t>căn</w:t>
      </w:r>
      <w:proofErr w:type="spellEnd"/>
      <w:r w:rsidRPr="004B3E91">
        <w:rPr>
          <w:i/>
          <w:color w:val="002060"/>
          <w:sz w:val="18"/>
        </w:rPr>
        <w:t xml:space="preserve"> </w:t>
      </w:r>
      <w:proofErr w:type="spellStart"/>
      <w:r w:rsidRPr="004B3E91">
        <w:rPr>
          <w:i/>
          <w:color w:val="002060"/>
          <w:sz w:val="18"/>
        </w:rPr>
        <w:t>cứ</w:t>
      </w:r>
      <w:proofErr w:type="spellEnd"/>
      <w:r w:rsidRPr="004B3E91">
        <w:rPr>
          <w:i/>
          <w:color w:val="002060"/>
          <w:sz w:val="18"/>
        </w:rPr>
        <w:t xml:space="preserve"> </w:t>
      </w:r>
      <w:proofErr w:type="spellStart"/>
      <w:r w:rsidRPr="004B3E91">
        <w:rPr>
          <w:i/>
          <w:color w:val="002060"/>
          <w:sz w:val="18"/>
        </w:rPr>
        <w:t>để</w:t>
      </w:r>
      <w:proofErr w:type="spellEnd"/>
      <w:r w:rsidRPr="004B3E91">
        <w:rPr>
          <w:i/>
          <w:color w:val="002060"/>
          <w:sz w:val="18"/>
        </w:rPr>
        <w:t xml:space="preserve"> </w:t>
      </w:r>
      <w:proofErr w:type="spellStart"/>
      <w:r w:rsidR="004B3E91" w:rsidRPr="004B3E91">
        <w:rPr>
          <w:i/>
          <w:color w:val="002060"/>
          <w:sz w:val="18"/>
        </w:rPr>
        <w:t>Hội</w:t>
      </w:r>
      <w:proofErr w:type="spellEnd"/>
      <w:r w:rsidR="004B3E91" w:rsidRPr="004B3E91">
        <w:rPr>
          <w:i/>
          <w:color w:val="002060"/>
          <w:sz w:val="18"/>
        </w:rPr>
        <w:t xml:space="preserve"> </w:t>
      </w:r>
      <w:proofErr w:type="spellStart"/>
      <w:r w:rsidR="004B3E91" w:rsidRPr="004B3E91">
        <w:rPr>
          <w:i/>
          <w:color w:val="002060"/>
          <w:sz w:val="18"/>
        </w:rPr>
        <w:t>đòng</w:t>
      </w:r>
      <w:proofErr w:type="spellEnd"/>
      <w:r w:rsidRPr="004B3E91">
        <w:rPr>
          <w:i/>
          <w:color w:val="002060"/>
          <w:sz w:val="18"/>
        </w:rPr>
        <w:t xml:space="preserve"> </w:t>
      </w:r>
      <w:proofErr w:type="spellStart"/>
      <w:r w:rsidRPr="004B3E91">
        <w:rPr>
          <w:i/>
          <w:color w:val="002060"/>
          <w:sz w:val="18"/>
        </w:rPr>
        <w:t>Biên</w:t>
      </w:r>
      <w:proofErr w:type="spellEnd"/>
      <w:r w:rsidRPr="004B3E91">
        <w:rPr>
          <w:i/>
          <w:color w:val="002060"/>
          <w:sz w:val="18"/>
        </w:rPr>
        <w:t xml:space="preserve"> </w:t>
      </w:r>
      <w:proofErr w:type="spellStart"/>
      <w:r w:rsidRPr="004B3E91">
        <w:rPr>
          <w:i/>
          <w:color w:val="002060"/>
          <w:sz w:val="18"/>
        </w:rPr>
        <w:t>tập</w:t>
      </w:r>
      <w:proofErr w:type="spellEnd"/>
      <w:r w:rsidRPr="004B3E91">
        <w:rPr>
          <w:i/>
          <w:color w:val="002060"/>
          <w:sz w:val="18"/>
        </w:rPr>
        <w:t xml:space="preserve"> </w:t>
      </w:r>
      <w:proofErr w:type="spellStart"/>
      <w:r w:rsidRPr="004B3E91">
        <w:rPr>
          <w:i/>
          <w:color w:val="002060"/>
          <w:sz w:val="18"/>
        </w:rPr>
        <w:t>xem</w:t>
      </w:r>
      <w:proofErr w:type="spellEnd"/>
      <w:r w:rsidRPr="004B3E91">
        <w:rPr>
          <w:i/>
          <w:color w:val="002060"/>
          <w:sz w:val="18"/>
        </w:rPr>
        <w:t xml:space="preserve"> </w:t>
      </w:r>
      <w:proofErr w:type="spellStart"/>
      <w:r w:rsidRPr="004B3E91">
        <w:rPr>
          <w:i/>
          <w:color w:val="002060"/>
          <w:sz w:val="18"/>
        </w:rPr>
        <w:t>xét</w:t>
      </w:r>
      <w:proofErr w:type="spellEnd"/>
      <w:r w:rsidRPr="004B3E91">
        <w:rPr>
          <w:i/>
          <w:color w:val="002060"/>
          <w:sz w:val="18"/>
        </w:rPr>
        <w:t xml:space="preserve">; việc đính chính hoặc rút bài không tự động có hiệu lực chỉ </w:t>
      </w:r>
      <w:proofErr w:type="spellStart"/>
      <w:r w:rsidRPr="004B3E91">
        <w:rPr>
          <w:i/>
          <w:color w:val="002060"/>
          <w:sz w:val="18"/>
        </w:rPr>
        <w:t>dựa</w:t>
      </w:r>
      <w:proofErr w:type="spellEnd"/>
      <w:r w:rsidRPr="004B3E91">
        <w:rPr>
          <w:i/>
          <w:color w:val="002060"/>
          <w:sz w:val="18"/>
        </w:rPr>
        <w:t xml:space="preserve"> </w:t>
      </w:r>
      <w:proofErr w:type="spellStart"/>
      <w:r w:rsidRPr="004B3E91">
        <w:rPr>
          <w:i/>
          <w:color w:val="002060"/>
          <w:sz w:val="18"/>
        </w:rPr>
        <w:t>trên</w:t>
      </w:r>
      <w:proofErr w:type="spellEnd"/>
      <w:r w:rsidRPr="004B3E91">
        <w:rPr>
          <w:i/>
          <w:color w:val="002060"/>
          <w:sz w:val="18"/>
        </w:rPr>
        <w:t xml:space="preserve"> </w:t>
      </w:r>
      <w:proofErr w:type="spellStart"/>
      <w:r w:rsidRPr="004B3E91">
        <w:rPr>
          <w:i/>
          <w:color w:val="002060"/>
          <w:sz w:val="18"/>
        </w:rPr>
        <w:t>đề</w:t>
      </w:r>
      <w:proofErr w:type="spellEnd"/>
      <w:r w:rsidRPr="004B3E91">
        <w:rPr>
          <w:i/>
          <w:color w:val="002060"/>
          <w:sz w:val="18"/>
        </w:rPr>
        <w:t xml:space="preserve"> </w:t>
      </w:r>
      <w:proofErr w:type="spellStart"/>
      <w:r w:rsidRPr="004B3E91">
        <w:rPr>
          <w:i/>
          <w:color w:val="002060"/>
          <w:sz w:val="18"/>
        </w:rPr>
        <w:t>nghị</w:t>
      </w:r>
      <w:proofErr w:type="spellEnd"/>
      <w:r w:rsidRPr="004B3E91">
        <w:rPr>
          <w:i/>
          <w:color w:val="002060"/>
          <w:sz w:val="18"/>
        </w:rPr>
        <w:t xml:space="preserve"> </w:t>
      </w:r>
      <w:proofErr w:type="spellStart"/>
      <w:r w:rsidRPr="004B3E91">
        <w:rPr>
          <w:i/>
          <w:color w:val="002060"/>
          <w:sz w:val="18"/>
        </w:rPr>
        <w:t>của</w:t>
      </w:r>
      <w:proofErr w:type="spellEnd"/>
      <w:r w:rsidRPr="004B3E91">
        <w:rPr>
          <w:i/>
          <w:color w:val="002060"/>
          <w:sz w:val="18"/>
        </w:rPr>
        <w:t xml:space="preserve"> </w:t>
      </w:r>
      <w:proofErr w:type="spellStart"/>
      <w:r w:rsidRPr="004B3E91">
        <w:rPr>
          <w:i/>
          <w:color w:val="002060"/>
          <w:sz w:val="18"/>
        </w:rPr>
        <w:t>tác</w:t>
      </w:r>
      <w:proofErr w:type="spellEnd"/>
      <w:r w:rsidRPr="004B3E91">
        <w:rPr>
          <w:i/>
          <w:color w:val="002060"/>
          <w:sz w:val="18"/>
        </w:rPr>
        <w:t xml:space="preserve"> </w:t>
      </w:r>
      <w:proofErr w:type="spellStart"/>
      <w:r w:rsidRPr="004B3E91">
        <w:rPr>
          <w:i/>
          <w:color w:val="002060"/>
          <w:sz w:val="18"/>
        </w:rPr>
        <w:t>giả</w:t>
      </w:r>
      <w:proofErr w:type="spellEnd"/>
      <w:r w:rsidRPr="004B3E91">
        <w:rPr>
          <w:i/>
          <w:color w:val="002060"/>
          <w:sz w:val="18"/>
        </w:rPr>
        <w:t>.</w:t>
      </w:r>
    </w:p>
    <w:p w14:paraId="656D1273" w14:textId="77777777" w:rsidR="004B3E91" w:rsidRDefault="004B3E91" w:rsidP="004B3E91">
      <w:pPr>
        <w:spacing w:after="0"/>
        <w:jc w:val="both"/>
        <w:rPr>
          <w:i/>
          <w:color w:val="002060"/>
          <w:sz w:val="18"/>
        </w:rPr>
      </w:pPr>
      <w:r w:rsidRPr="004B3E91">
        <w:rPr>
          <w:i/>
          <w:color w:val="002060"/>
          <w:sz w:val="18"/>
        </w:rPr>
        <w:t xml:space="preserve">- </w:t>
      </w:r>
      <w:proofErr w:type="spellStart"/>
      <w:r w:rsidR="00BE5EE8" w:rsidRPr="004B3E91">
        <w:rPr>
          <w:i/>
          <w:color w:val="002060"/>
          <w:sz w:val="18"/>
        </w:rPr>
        <w:t>Đơn</w:t>
      </w:r>
      <w:proofErr w:type="spellEnd"/>
      <w:r w:rsidR="00BE5EE8" w:rsidRPr="004B3E91">
        <w:rPr>
          <w:i/>
          <w:color w:val="002060"/>
          <w:sz w:val="18"/>
        </w:rPr>
        <w:t xml:space="preserve"> </w:t>
      </w:r>
      <w:proofErr w:type="spellStart"/>
      <w:r w:rsidR="00BE5EE8" w:rsidRPr="004B3E91">
        <w:rPr>
          <w:i/>
          <w:color w:val="002060"/>
          <w:sz w:val="18"/>
        </w:rPr>
        <w:t>gửi</w:t>
      </w:r>
      <w:proofErr w:type="spellEnd"/>
      <w:r w:rsidR="00BE5EE8" w:rsidRPr="004B3E91">
        <w:rPr>
          <w:i/>
          <w:color w:val="002060"/>
          <w:sz w:val="18"/>
        </w:rPr>
        <w:t xml:space="preserve"> </w:t>
      </w:r>
      <w:proofErr w:type="spellStart"/>
      <w:r w:rsidR="00BE5EE8" w:rsidRPr="004B3E91">
        <w:rPr>
          <w:i/>
          <w:color w:val="002060"/>
          <w:sz w:val="18"/>
        </w:rPr>
        <w:t>về</w:t>
      </w:r>
      <w:proofErr w:type="spellEnd"/>
      <w:r w:rsidR="00BE5EE8" w:rsidRPr="004B3E91">
        <w:rPr>
          <w:i/>
          <w:color w:val="002060"/>
          <w:sz w:val="18"/>
        </w:rPr>
        <w:t xml:space="preserve"> </w:t>
      </w:r>
      <w:proofErr w:type="spellStart"/>
      <w:r w:rsidR="00BE5EE8" w:rsidRPr="004B3E91">
        <w:rPr>
          <w:i/>
          <w:color w:val="002060"/>
          <w:sz w:val="18"/>
        </w:rPr>
        <w:t>địa</w:t>
      </w:r>
      <w:proofErr w:type="spellEnd"/>
      <w:r w:rsidR="00BE5EE8" w:rsidRPr="004B3E91">
        <w:rPr>
          <w:i/>
          <w:color w:val="002060"/>
          <w:sz w:val="18"/>
        </w:rPr>
        <w:t xml:space="preserve"> </w:t>
      </w:r>
      <w:proofErr w:type="spellStart"/>
      <w:r w:rsidR="00BE5EE8" w:rsidRPr="004B3E91">
        <w:rPr>
          <w:i/>
          <w:color w:val="002060"/>
          <w:sz w:val="18"/>
        </w:rPr>
        <w:t>chỉ</w:t>
      </w:r>
      <w:proofErr w:type="spellEnd"/>
      <w:r w:rsidR="00BE5EE8" w:rsidRPr="004B3E91">
        <w:rPr>
          <w:i/>
          <w:color w:val="002060"/>
          <w:sz w:val="18"/>
        </w:rPr>
        <w:t xml:space="preserve"> email </w:t>
      </w:r>
      <w:proofErr w:type="spellStart"/>
      <w:r w:rsidR="00BE5EE8" w:rsidRPr="004B3E91">
        <w:rPr>
          <w:i/>
          <w:color w:val="002060"/>
          <w:sz w:val="18"/>
        </w:rPr>
        <w:t>tạp</w:t>
      </w:r>
      <w:proofErr w:type="spellEnd"/>
      <w:r w:rsidR="00BE5EE8" w:rsidRPr="004B3E91">
        <w:rPr>
          <w:i/>
          <w:color w:val="002060"/>
          <w:sz w:val="18"/>
        </w:rPr>
        <w:t xml:space="preserve"> </w:t>
      </w:r>
      <w:proofErr w:type="spellStart"/>
      <w:r w:rsidR="00BE5EE8" w:rsidRPr="004B3E91">
        <w:rPr>
          <w:i/>
          <w:color w:val="002060"/>
          <w:sz w:val="18"/>
        </w:rPr>
        <w:t>chí</w:t>
      </w:r>
      <w:proofErr w:type="spellEnd"/>
      <w:r w:rsidR="00BE5EE8" w:rsidRPr="004B3E91">
        <w:rPr>
          <w:i/>
          <w:color w:val="002060"/>
          <w:sz w:val="18"/>
        </w:rPr>
        <w:t xml:space="preserve">: </w:t>
      </w:r>
      <w:hyperlink r:id="rId6" w:history="1">
        <w:proofErr w:type="spellStart"/>
        <w:r w:rsidR="00BE5EE8" w:rsidRPr="004B3E91">
          <w:rPr>
            <w:rStyle w:val="Hyperlink"/>
            <w:i/>
            <w:color w:val="002060"/>
            <w:sz w:val="18"/>
          </w:rPr>
          <w:t>tapchiyduocdn@dhktyduocdn.edu.vn</w:t>
        </w:r>
        <w:proofErr w:type="spellEnd"/>
      </w:hyperlink>
      <w:r w:rsidR="00BE5EE8" w:rsidRPr="004B3E91">
        <w:rPr>
          <w:i/>
          <w:color w:val="002060"/>
          <w:sz w:val="18"/>
        </w:rPr>
        <w:t xml:space="preserve"> </w:t>
      </w:r>
    </w:p>
    <w:p w14:paraId="4F71218B" w14:textId="68502374" w:rsidR="00BE5EE8" w:rsidRPr="004B3E91" w:rsidRDefault="00BE5EE8" w:rsidP="004B3E91">
      <w:pPr>
        <w:spacing w:after="0"/>
        <w:jc w:val="both"/>
        <w:rPr>
          <w:i/>
          <w:color w:val="002060"/>
          <w:sz w:val="18"/>
        </w:rPr>
      </w:pPr>
      <w:proofErr w:type="spellStart"/>
      <w:r w:rsidRPr="004B3E91">
        <w:rPr>
          <w:i/>
          <w:color w:val="002060"/>
          <w:sz w:val="18"/>
        </w:rPr>
        <w:t>hoặc</w:t>
      </w:r>
      <w:proofErr w:type="spellEnd"/>
      <w:r w:rsidRPr="004B3E91">
        <w:rPr>
          <w:i/>
          <w:color w:val="002060"/>
          <w:sz w:val="18"/>
        </w:rPr>
        <w:t xml:space="preserve"> </w:t>
      </w:r>
    </w:p>
    <w:p w14:paraId="30BAB671" w14:textId="211344C7" w:rsidR="00BE5EE8" w:rsidRPr="004B3E91" w:rsidRDefault="00BE5EE8" w:rsidP="004B3E91">
      <w:pPr>
        <w:spacing w:after="0"/>
        <w:jc w:val="both"/>
        <w:rPr>
          <w:color w:val="002060"/>
        </w:rPr>
      </w:pPr>
      <w:r w:rsidRPr="004B3E91">
        <w:rPr>
          <w:i/>
          <w:color w:val="002060"/>
          <w:sz w:val="18"/>
        </w:rPr>
        <w:t xml:space="preserve">Văn </w:t>
      </w:r>
      <w:proofErr w:type="spellStart"/>
      <w:r w:rsidRPr="004B3E91">
        <w:rPr>
          <w:i/>
          <w:color w:val="002060"/>
          <w:sz w:val="18"/>
        </w:rPr>
        <w:t>phòng</w:t>
      </w:r>
      <w:proofErr w:type="spellEnd"/>
      <w:r w:rsidRPr="004B3E91">
        <w:rPr>
          <w:i/>
          <w:color w:val="002060"/>
          <w:sz w:val="18"/>
        </w:rPr>
        <w:t xml:space="preserve"> </w:t>
      </w:r>
      <w:proofErr w:type="spellStart"/>
      <w:r w:rsidRPr="004B3E91">
        <w:rPr>
          <w:i/>
          <w:color w:val="002060"/>
          <w:sz w:val="18"/>
        </w:rPr>
        <w:t>Tạp</w:t>
      </w:r>
      <w:proofErr w:type="spellEnd"/>
      <w:r w:rsidRPr="004B3E91">
        <w:rPr>
          <w:i/>
          <w:color w:val="002060"/>
          <w:sz w:val="18"/>
        </w:rPr>
        <w:t xml:space="preserve"> </w:t>
      </w:r>
      <w:proofErr w:type="spellStart"/>
      <w:r w:rsidRPr="004B3E91">
        <w:rPr>
          <w:i/>
          <w:color w:val="002060"/>
          <w:sz w:val="18"/>
        </w:rPr>
        <w:t>chí</w:t>
      </w:r>
      <w:proofErr w:type="spellEnd"/>
      <w:r w:rsidRPr="004B3E91">
        <w:rPr>
          <w:i/>
          <w:color w:val="002060"/>
          <w:sz w:val="18"/>
        </w:rPr>
        <w:t xml:space="preserve">: </w:t>
      </w:r>
      <w:proofErr w:type="spellStart"/>
      <w:r w:rsidRPr="004B3E91">
        <w:rPr>
          <w:i/>
          <w:color w:val="002060"/>
          <w:sz w:val="18"/>
        </w:rPr>
        <w:t>Phòng</w:t>
      </w:r>
      <w:proofErr w:type="spellEnd"/>
      <w:r w:rsidRPr="004B3E91">
        <w:rPr>
          <w:i/>
          <w:color w:val="002060"/>
          <w:sz w:val="18"/>
        </w:rPr>
        <w:t xml:space="preserve"> Quản </w:t>
      </w:r>
      <w:proofErr w:type="spellStart"/>
      <w:r w:rsidRPr="004B3E91">
        <w:rPr>
          <w:i/>
          <w:color w:val="002060"/>
          <w:sz w:val="18"/>
        </w:rPr>
        <w:t>lý</w:t>
      </w:r>
      <w:proofErr w:type="spellEnd"/>
      <w:r w:rsidRPr="004B3E91">
        <w:rPr>
          <w:i/>
          <w:color w:val="002060"/>
          <w:sz w:val="18"/>
        </w:rPr>
        <w:t xml:space="preserve"> Khoa </w:t>
      </w:r>
      <w:proofErr w:type="spellStart"/>
      <w:r w:rsidRPr="004B3E91">
        <w:rPr>
          <w:i/>
          <w:color w:val="002060"/>
          <w:sz w:val="18"/>
        </w:rPr>
        <w:t>học</w:t>
      </w:r>
      <w:proofErr w:type="spellEnd"/>
      <w:r w:rsidRPr="004B3E91">
        <w:rPr>
          <w:i/>
          <w:color w:val="002060"/>
          <w:sz w:val="18"/>
        </w:rPr>
        <w:t xml:space="preserve"> Công </w:t>
      </w:r>
      <w:proofErr w:type="spellStart"/>
      <w:r w:rsidRPr="004B3E91">
        <w:rPr>
          <w:i/>
          <w:color w:val="002060"/>
          <w:sz w:val="18"/>
        </w:rPr>
        <w:t>nghệ</w:t>
      </w:r>
      <w:proofErr w:type="spellEnd"/>
      <w:r w:rsidRPr="004B3E91">
        <w:rPr>
          <w:i/>
          <w:color w:val="002060"/>
          <w:sz w:val="18"/>
        </w:rPr>
        <w:t xml:space="preserve"> – </w:t>
      </w:r>
      <w:proofErr w:type="spellStart"/>
      <w:r w:rsidRPr="004B3E91">
        <w:rPr>
          <w:i/>
          <w:color w:val="002060"/>
          <w:sz w:val="18"/>
        </w:rPr>
        <w:t>Hợp</w:t>
      </w:r>
      <w:proofErr w:type="spellEnd"/>
      <w:r w:rsidRPr="004B3E91">
        <w:rPr>
          <w:i/>
          <w:color w:val="002060"/>
          <w:sz w:val="18"/>
        </w:rPr>
        <w:t xml:space="preserve"> </w:t>
      </w:r>
      <w:proofErr w:type="spellStart"/>
      <w:r w:rsidRPr="004B3E91">
        <w:rPr>
          <w:i/>
          <w:color w:val="002060"/>
          <w:sz w:val="18"/>
        </w:rPr>
        <w:t>tác</w:t>
      </w:r>
      <w:proofErr w:type="spellEnd"/>
      <w:r w:rsidRPr="004B3E91">
        <w:rPr>
          <w:i/>
          <w:color w:val="002060"/>
          <w:sz w:val="18"/>
        </w:rPr>
        <w:t xml:space="preserve"> Quốc </w:t>
      </w:r>
      <w:proofErr w:type="spellStart"/>
      <w:r w:rsidRPr="004B3E91">
        <w:rPr>
          <w:i/>
          <w:color w:val="002060"/>
          <w:sz w:val="18"/>
        </w:rPr>
        <w:t>tế</w:t>
      </w:r>
      <w:proofErr w:type="spellEnd"/>
      <w:r w:rsidR="004B3E91">
        <w:rPr>
          <w:i/>
          <w:color w:val="002060"/>
          <w:sz w:val="18"/>
        </w:rPr>
        <w:t xml:space="preserve">; </w:t>
      </w:r>
      <w:r w:rsidRPr="004B3E91">
        <w:rPr>
          <w:i/>
          <w:color w:val="002060"/>
          <w:sz w:val="18"/>
        </w:rPr>
        <w:t xml:space="preserve">Trường </w:t>
      </w:r>
      <w:proofErr w:type="spellStart"/>
      <w:r w:rsidRPr="004B3E91">
        <w:rPr>
          <w:i/>
          <w:color w:val="002060"/>
          <w:sz w:val="18"/>
        </w:rPr>
        <w:t>Đại</w:t>
      </w:r>
      <w:proofErr w:type="spellEnd"/>
      <w:r w:rsidRPr="004B3E91">
        <w:rPr>
          <w:i/>
          <w:color w:val="002060"/>
          <w:sz w:val="18"/>
        </w:rPr>
        <w:t xml:space="preserve"> </w:t>
      </w:r>
      <w:proofErr w:type="spellStart"/>
      <w:r w:rsidRPr="004B3E91">
        <w:rPr>
          <w:i/>
          <w:color w:val="002060"/>
          <w:sz w:val="18"/>
        </w:rPr>
        <w:t>học</w:t>
      </w:r>
      <w:proofErr w:type="spellEnd"/>
      <w:r w:rsidRPr="004B3E91">
        <w:rPr>
          <w:i/>
          <w:color w:val="002060"/>
          <w:sz w:val="18"/>
        </w:rPr>
        <w:t xml:space="preserve"> </w:t>
      </w:r>
      <w:proofErr w:type="spellStart"/>
      <w:r w:rsidRPr="004B3E91">
        <w:rPr>
          <w:i/>
          <w:color w:val="002060"/>
          <w:sz w:val="18"/>
        </w:rPr>
        <w:t>Kỹ</w:t>
      </w:r>
      <w:proofErr w:type="spellEnd"/>
      <w:r w:rsidRPr="004B3E91">
        <w:rPr>
          <w:i/>
          <w:color w:val="002060"/>
          <w:sz w:val="18"/>
        </w:rPr>
        <w:t xml:space="preserve"> </w:t>
      </w:r>
      <w:proofErr w:type="spellStart"/>
      <w:r w:rsidRPr="004B3E91">
        <w:rPr>
          <w:i/>
          <w:color w:val="002060"/>
          <w:sz w:val="18"/>
        </w:rPr>
        <w:t>thuật</w:t>
      </w:r>
      <w:proofErr w:type="spellEnd"/>
      <w:r w:rsidRPr="004B3E91">
        <w:rPr>
          <w:i/>
          <w:color w:val="002060"/>
          <w:sz w:val="18"/>
        </w:rPr>
        <w:t xml:space="preserve"> Y – </w:t>
      </w:r>
      <w:proofErr w:type="spellStart"/>
      <w:r w:rsidRPr="004B3E91">
        <w:rPr>
          <w:i/>
          <w:color w:val="002060"/>
          <w:sz w:val="18"/>
        </w:rPr>
        <w:t>Dược</w:t>
      </w:r>
      <w:proofErr w:type="spellEnd"/>
      <w:r w:rsidRPr="004B3E91">
        <w:rPr>
          <w:i/>
          <w:color w:val="002060"/>
          <w:sz w:val="18"/>
        </w:rPr>
        <w:t xml:space="preserve"> </w:t>
      </w:r>
      <w:proofErr w:type="spellStart"/>
      <w:r w:rsidRPr="004B3E91">
        <w:rPr>
          <w:i/>
          <w:color w:val="002060"/>
          <w:sz w:val="18"/>
        </w:rPr>
        <w:t>Đà</w:t>
      </w:r>
      <w:proofErr w:type="spellEnd"/>
      <w:r w:rsidRPr="004B3E91">
        <w:rPr>
          <w:i/>
          <w:color w:val="002060"/>
          <w:sz w:val="18"/>
        </w:rPr>
        <w:t xml:space="preserve"> </w:t>
      </w:r>
      <w:proofErr w:type="spellStart"/>
      <w:r w:rsidRPr="004B3E91">
        <w:rPr>
          <w:i/>
          <w:color w:val="002060"/>
          <w:sz w:val="18"/>
        </w:rPr>
        <w:t>Nẵng</w:t>
      </w:r>
      <w:proofErr w:type="spellEnd"/>
      <w:r w:rsidR="004B3E91">
        <w:rPr>
          <w:i/>
          <w:color w:val="002060"/>
          <w:sz w:val="18"/>
        </w:rPr>
        <w:t xml:space="preserve">; </w:t>
      </w:r>
      <w:proofErr w:type="spellStart"/>
      <w:r w:rsidRPr="004B3E91">
        <w:rPr>
          <w:i/>
          <w:color w:val="002060"/>
          <w:sz w:val="18"/>
        </w:rPr>
        <w:t>Tầng</w:t>
      </w:r>
      <w:proofErr w:type="spellEnd"/>
      <w:r w:rsidRPr="004B3E91">
        <w:rPr>
          <w:i/>
          <w:color w:val="002060"/>
          <w:sz w:val="18"/>
        </w:rPr>
        <w:t xml:space="preserve"> 5 – </w:t>
      </w:r>
      <w:proofErr w:type="spellStart"/>
      <w:r w:rsidRPr="004B3E91">
        <w:rPr>
          <w:i/>
          <w:color w:val="002060"/>
          <w:sz w:val="18"/>
        </w:rPr>
        <w:t>Nhà</w:t>
      </w:r>
      <w:proofErr w:type="spellEnd"/>
      <w:r w:rsidRPr="004B3E91">
        <w:rPr>
          <w:i/>
          <w:color w:val="002060"/>
          <w:sz w:val="18"/>
        </w:rPr>
        <w:t xml:space="preserve"> A, 99 Hùng Vương, </w:t>
      </w:r>
      <w:proofErr w:type="spellStart"/>
      <w:r w:rsidRPr="004B3E91">
        <w:rPr>
          <w:i/>
          <w:color w:val="002060"/>
          <w:sz w:val="18"/>
        </w:rPr>
        <w:t>phường</w:t>
      </w:r>
      <w:proofErr w:type="spellEnd"/>
      <w:r w:rsidRPr="004B3E91">
        <w:rPr>
          <w:i/>
          <w:color w:val="002060"/>
          <w:sz w:val="18"/>
        </w:rPr>
        <w:t xml:space="preserve"> Hải Châu, </w:t>
      </w:r>
      <w:proofErr w:type="spellStart"/>
      <w:r w:rsidRPr="004B3E91">
        <w:rPr>
          <w:i/>
          <w:color w:val="002060"/>
          <w:sz w:val="18"/>
        </w:rPr>
        <w:t>Đà</w:t>
      </w:r>
      <w:proofErr w:type="spellEnd"/>
      <w:r w:rsidRPr="004B3E91">
        <w:rPr>
          <w:i/>
          <w:color w:val="002060"/>
          <w:sz w:val="18"/>
        </w:rPr>
        <w:t xml:space="preserve"> </w:t>
      </w:r>
      <w:proofErr w:type="spellStart"/>
      <w:r w:rsidRPr="004B3E91">
        <w:rPr>
          <w:i/>
          <w:color w:val="002060"/>
          <w:sz w:val="18"/>
        </w:rPr>
        <w:t>Nẵng</w:t>
      </w:r>
      <w:proofErr w:type="spellEnd"/>
    </w:p>
    <w:sectPr w:rsidR="00BE5EE8" w:rsidRPr="004B3E91" w:rsidSect="00BE5E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4541068">
    <w:abstractNumId w:val="8"/>
  </w:num>
  <w:num w:numId="2" w16cid:durableId="428237474">
    <w:abstractNumId w:val="6"/>
  </w:num>
  <w:num w:numId="3" w16cid:durableId="1050806753">
    <w:abstractNumId w:val="5"/>
  </w:num>
  <w:num w:numId="4" w16cid:durableId="922300755">
    <w:abstractNumId w:val="4"/>
  </w:num>
  <w:num w:numId="5" w16cid:durableId="1746419546">
    <w:abstractNumId w:val="7"/>
  </w:num>
  <w:num w:numId="6" w16cid:durableId="555508364">
    <w:abstractNumId w:val="3"/>
  </w:num>
  <w:num w:numId="7" w16cid:durableId="1826050801">
    <w:abstractNumId w:val="2"/>
  </w:num>
  <w:num w:numId="8" w16cid:durableId="159002217">
    <w:abstractNumId w:val="1"/>
  </w:num>
  <w:num w:numId="9" w16cid:durableId="1232689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EF8"/>
    <w:rsid w:val="0015074B"/>
    <w:rsid w:val="0029639D"/>
    <w:rsid w:val="00326F90"/>
    <w:rsid w:val="004B3E91"/>
    <w:rsid w:val="0077639F"/>
    <w:rsid w:val="009D1981"/>
    <w:rsid w:val="00AA1D8D"/>
    <w:rsid w:val="00B47730"/>
    <w:rsid w:val="00BE5EE8"/>
    <w:rsid w:val="00CB0664"/>
    <w:rsid w:val="00D842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64BC9C"/>
  <w14:defaultImageDpi w14:val="300"/>
  <w15:docId w15:val="{83E8B99B-48BF-4445-AAD3-E8A28E8A6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E5EE8"/>
    <w:rPr>
      <w:color w:val="0000FF" w:themeColor="hyperlink"/>
      <w:u w:val="single"/>
    </w:rPr>
  </w:style>
  <w:style w:type="character" w:styleId="UnresolvedMention">
    <w:name w:val="Unresolved Mention"/>
    <w:basedOn w:val="DefaultParagraphFont"/>
    <w:uiPriority w:val="99"/>
    <w:semiHidden/>
    <w:unhideWhenUsed/>
    <w:rsid w:val="00BE5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apchiyduocdn@dhktyduocdn.edu.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OS</cp:lastModifiedBy>
  <cp:revision>3</cp:revision>
  <dcterms:created xsi:type="dcterms:W3CDTF">2013-12-23T23:15:00Z</dcterms:created>
  <dcterms:modified xsi:type="dcterms:W3CDTF">2026-09-23T12:21:00Z</dcterms:modified>
  <cp:category/>
</cp:coreProperties>
</file>